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5F849" w14:textId="77777777" w:rsidR="00BF47CF" w:rsidRPr="00777A8E" w:rsidRDefault="004726BA">
      <w:pPr>
        <w:pStyle w:val="Titel"/>
        <w:jc w:val="center"/>
        <w:rPr>
          <w:rFonts w:ascii="Arial" w:hAnsi="Arial" w:cs="Arial"/>
          <w:sz w:val="24"/>
          <w:szCs w:val="24"/>
          <w:lang w:val="nl-BE"/>
        </w:rPr>
      </w:pPr>
      <w:r w:rsidRPr="00777A8E">
        <w:rPr>
          <w:rFonts w:ascii="Arial" w:hAnsi="Arial" w:cs="Arial"/>
          <w:sz w:val="24"/>
          <w:szCs w:val="24"/>
          <w:lang w:val="nl-BE"/>
        </w:rPr>
        <w:t>Huishoudelijk Reglement – Poetsdienst met Dienstencheques</w:t>
      </w:r>
    </w:p>
    <w:p w14:paraId="3C12F218" w14:textId="77777777" w:rsidR="00BF47CF" w:rsidRPr="00777A8E" w:rsidRDefault="004726BA" w:rsidP="00B21DE5">
      <w:pPr>
        <w:pStyle w:val="Duidelijkcitaat"/>
        <w:jc w:val="center"/>
        <w:rPr>
          <w:rFonts w:ascii="Arial" w:hAnsi="Arial" w:cs="Arial"/>
          <w:sz w:val="24"/>
          <w:szCs w:val="24"/>
          <w:lang w:val="nl-BE"/>
        </w:rPr>
      </w:pPr>
      <w:r w:rsidRPr="00777A8E">
        <w:rPr>
          <w:rFonts w:ascii="Arial" w:hAnsi="Arial" w:cs="Arial"/>
          <w:sz w:val="24"/>
          <w:szCs w:val="24"/>
          <w:lang w:val="nl-BE"/>
        </w:rPr>
        <w:t>Sociaal Huis Kuurne</w:t>
      </w:r>
    </w:p>
    <w:p w14:paraId="3DDE5A03" w14:textId="0DDF3362" w:rsidR="00BF47CF" w:rsidRPr="000079C2" w:rsidRDefault="004726BA">
      <w:pPr>
        <w:rPr>
          <w:rFonts w:ascii="Arial" w:hAnsi="Arial" w:cs="Arial"/>
          <w:lang w:val="nl-BE"/>
        </w:rPr>
      </w:pPr>
      <w:r w:rsidRPr="000079C2">
        <w:rPr>
          <w:rFonts w:ascii="Arial" w:hAnsi="Arial" w:cs="Arial"/>
          <w:lang w:val="nl-BE"/>
        </w:rPr>
        <w:t xml:space="preserve">Inwerkingtreding: </w:t>
      </w:r>
    </w:p>
    <w:p w14:paraId="162FF005" w14:textId="77777777" w:rsidR="00BF47CF" w:rsidRPr="000079C2" w:rsidRDefault="004726BA">
      <w:pPr>
        <w:rPr>
          <w:rFonts w:ascii="Arial" w:hAnsi="Arial" w:cs="Arial"/>
          <w:lang w:val="nl-BE"/>
        </w:rPr>
      </w:pPr>
      <w:r w:rsidRPr="000079C2">
        <w:rPr>
          <w:rFonts w:ascii="Arial" w:hAnsi="Arial" w:cs="Arial"/>
          <w:lang w:val="nl-BE"/>
        </w:rPr>
        <w:t>Versie: 1.0</w:t>
      </w:r>
    </w:p>
    <w:p w14:paraId="4817BBDE" w14:textId="77777777" w:rsidR="00BF47CF" w:rsidRPr="002922EA" w:rsidRDefault="004726BA">
      <w:pPr>
        <w:pStyle w:val="Kop2"/>
        <w:rPr>
          <w:rFonts w:ascii="Arial" w:hAnsi="Arial" w:cs="Arial"/>
          <w:sz w:val="22"/>
          <w:szCs w:val="22"/>
          <w:lang w:val="nl-BE"/>
        </w:rPr>
      </w:pPr>
      <w:r w:rsidRPr="002922EA">
        <w:rPr>
          <w:rFonts w:ascii="Arial" w:hAnsi="Arial" w:cs="Arial"/>
          <w:sz w:val="22"/>
          <w:szCs w:val="22"/>
          <w:lang w:val="nl-BE"/>
        </w:rPr>
        <w:t>1. Doel van het reglement</w:t>
      </w:r>
    </w:p>
    <w:p w14:paraId="518F1B80" w14:textId="190CAE04" w:rsidR="00BF47CF" w:rsidRPr="002922EA" w:rsidRDefault="004726BA" w:rsidP="00CB002B">
      <w:pPr>
        <w:jc w:val="both"/>
        <w:rPr>
          <w:rFonts w:ascii="Arial" w:hAnsi="Arial" w:cs="Arial"/>
          <w:lang w:val="nl-BE"/>
        </w:rPr>
      </w:pPr>
      <w:r w:rsidRPr="002922EA">
        <w:rPr>
          <w:rFonts w:ascii="Arial" w:hAnsi="Arial" w:cs="Arial"/>
          <w:lang w:val="nl-BE"/>
        </w:rPr>
        <w:t>Dit reglement beschrijft de afspraken tussen het Sociaal Huis Kuurne,</w:t>
      </w:r>
      <w:r w:rsidR="00185F03" w:rsidRPr="002922EA">
        <w:rPr>
          <w:rFonts w:ascii="Arial" w:hAnsi="Arial" w:cs="Arial"/>
          <w:lang w:val="nl-BE"/>
        </w:rPr>
        <w:t xml:space="preserve"> </w:t>
      </w:r>
      <w:r w:rsidRPr="002922EA">
        <w:rPr>
          <w:rFonts w:ascii="Arial" w:hAnsi="Arial" w:cs="Arial"/>
          <w:lang w:val="nl-BE"/>
        </w:rPr>
        <w:t>de klant en de poetshulp die tewerkgesteld wordt via het systeem van dienstencheques. Het doel is om de werking van de poetsdienst op een correcte, transparante en wederzijds respectvolle manier te organiseren.</w:t>
      </w:r>
    </w:p>
    <w:p w14:paraId="7A1ECDE5" w14:textId="77777777" w:rsidR="00BF47CF" w:rsidRPr="002922EA" w:rsidRDefault="004726BA">
      <w:pPr>
        <w:pStyle w:val="Kop2"/>
        <w:rPr>
          <w:rFonts w:ascii="Arial" w:hAnsi="Arial" w:cs="Arial"/>
          <w:sz w:val="22"/>
          <w:szCs w:val="22"/>
          <w:lang w:val="nl-BE"/>
        </w:rPr>
      </w:pPr>
      <w:r w:rsidRPr="002922EA">
        <w:rPr>
          <w:rFonts w:ascii="Arial" w:hAnsi="Arial" w:cs="Arial"/>
          <w:sz w:val="22"/>
          <w:szCs w:val="22"/>
          <w:lang w:val="nl-BE"/>
        </w:rPr>
        <w:t>2. Algemene voorwaarden</w:t>
      </w:r>
    </w:p>
    <w:p w14:paraId="4228EEC0" w14:textId="6537F761" w:rsidR="00BF47CF" w:rsidRPr="002922EA" w:rsidRDefault="004726BA" w:rsidP="00CB002B">
      <w:pPr>
        <w:jc w:val="both"/>
        <w:rPr>
          <w:rFonts w:ascii="Arial" w:hAnsi="Arial" w:cs="Arial"/>
          <w:lang w:val="nl-BE"/>
        </w:rPr>
      </w:pPr>
      <w:r w:rsidRPr="002922EA">
        <w:rPr>
          <w:rFonts w:ascii="Arial" w:hAnsi="Arial" w:cs="Arial"/>
          <w:lang w:val="nl-BE"/>
        </w:rPr>
        <w:t>De poetsdienst wordt aangeboden binnen het wettelijke kader van dienstencheques</w:t>
      </w:r>
      <w:r w:rsidR="00C377AA" w:rsidRPr="002922EA">
        <w:rPr>
          <w:rFonts w:ascii="Arial" w:hAnsi="Arial" w:cs="Arial"/>
          <w:lang w:val="nl-BE"/>
        </w:rPr>
        <w:t>.</w:t>
      </w:r>
      <w:r w:rsidR="00CB002B" w:rsidRPr="002922EA">
        <w:rPr>
          <w:rFonts w:ascii="Arial" w:hAnsi="Arial" w:cs="Arial"/>
          <w:lang w:val="nl-BE"/>
        </w:rPr>
        <w:t xml:space="preserve"> </w:t>
      </w:r>
      <w:r w:rsidRPr="002922EA">
        <w:rPr>
          <w:rFonts w:ascii="Arial" w:hAnsi="Arial" w:cs="Arial"/>
          <w:lang w:val="nl-BE"/>
        </w:rPr>
        <w:t>Enkel particuliere huishoudens binnen de gemeente Kuurne kunnen beroep doen op deze dienst.</w:t>
      </w:r>
      <w:r w:rsidR="00CB002B" w:rsidRPr="002922EA">
        <w:rPr>
          <w:rFonts w:ascii="Arial" w:hAnsi="Arial" w:cs="Arial"/>
          <w:lang w:val="nl-BE"/>
        </w:rPr>
        <w:t xml:space="preserve"> </w:t>
      </w:r>
      <w:r w:rsidRPr="002922EA">
        <w:rPr>
          <w:rFonts w:ascii="Arial" w:hAnsi="Arial" w:cs="Arial"/>
          <w:lang w:val="nl-BE"/>
        </w:rPr>
        <w:t xml:space="preserve">De klant gebruikt enkel geldige elektronische </w:t>
      </w:r>
      <w:proofErr w:type="spellStart"/>
      <w:r w:rsidRPr="002922EA">
        <w:rPr>
          <w:rFonts w:ascii="Arial" w:hAnsi="Arial" w:cs="Arial"/>
          <w:lang w:val="nl-BE"/>
        </w:rPr>
        <w:t>dienstencheques</w:t>
      </w:r>
      <w:proofErr w:type="spellEnd"/>
      <w:r w:rsidRPr="002922EA">
        <w:rPr>
          <w:rFonts w:ascii="Arial" w:hAnsi="Arial" w:cs="Arial"/>
          <w:lang w:val="nl-BE"/>
        </w:rPr>
        <w:t xml:space="preserve"> van </w:t>
      </w:r>
      <w:proofErr w:type="spellStart"/>
      <w:r w:rsidR="003E5A2A" w:rsidRPr="002922EA">
        <w:rPr>
          <w:rFonts w:ascii="Arial" w:hAnsi="Arial" w:cs="Arial"/>
          <w:lang w:val="nl-BE"/>
        </w:rPr>
        <w:t>Pluxee</w:t>
      </w:r>
      <w:proofErr w:type="spellEnd"/>
      <w:r w:rsidRPr="002922EA">
        <w:rPr>
          <w:rFonts w:ascii="Arial" w:hAnsi="Arial" w:cs="Arial"/>
          <w:lang w:val="nl-BE"/>
        </w:rPr>
        <w:t>.</w:t>
      </w:r>
    </w:p>
    <w:p w14:paraId="375C1D3C" w14:textId="6DD29997" w:rsidR="00BF47CF" w:rsidRPr="002922EA" w:rsidRDefault="004726BA">
      <w:pPr>
        <w:pStyle w:val="Kop2"/>
        <w:rPr>
          <w:rFonts w:ascii="Arial" w:hAnsi="Arial" w:cs="Arial"/>
          <w:sz w:val="22"/>
          <w:szCs w:val="22"/>
          <w:lang w:val="nl-BE"/>
        </w:rPr>
      </w:pPr>
      <w:r w:rsidRPr="002922EA">
        <w:rPr>
          <w:rFonts w:ascii="Arial" w:hAnsi="Arial" w:cs="Arial"/>
          <w:sz w:val="22"/>
          <w:szCs w:val="22"/>
          <w:lang w:val="nl-BE"/>
        </w:rPr>
        <w:t>3.</w:t>
      </w:r>
      <w:r w:rsidR="008E7D19" w:rsidRPr="002922EA">
        <w:rPr>
          <w:rFonts w:ascii="Arial" w:hAnsi="Arial" w:cs="Arial"/>
          <w:sz w:val="22"/>
          <w:szCs w:val="22"/>
          <w:lang w:val="nl-BE"/>
        </w:rPr>
        <w:t xml:space="preserve"> </w:t>
      </w:r>
      <w:r w:rsidRPr="002922EA">
        <w:rPr>
          <w:rFonts w:ascii="Arial" w:hAnsi="Arial" w:cs="Arial"/>
          <w:sz w:val="22"/>
          <w:szCs w:val="22"/>
          <w:lang w:val="nl-BE"/>
        </w:rPr>
        <w:t>Toegelaten activiteiten</w:t>
      </w:r>
    </w:p>
    <w:p w14:paraId="63DA4656" w14:textId="40030B3E" w:rsidR="00BF47CF" w:rsidRPr="00570292" w:rsidRDefault="004726BA">
      <w:pPr>
        <w:rPr>
          <w:rFonts w:ascii="Arial" w:hAnsi="Arial" w:cs="Arial"/>
          <w:color w:val="FF0000"/>
          <w:lang w:val="nl-BE"/>
        </w:rPr>
      </w:pPr>
      <w:r w:rsidRPr="002922EA">
        <w:rPr>
          <w:rFonts w:ascii="Arial" w:hAnsi="Arial" w:cs="Arial"/>
          <w:lang w:val="nl-BE"/>
        </w:rPr>
        <w:t>De poetshulp mag uitsluitend volgende taken uitvoeren</w:t>
      </w:r>
      <w:r w:rsidR="009D1028">
        <w:rPr>
          <w:rFonts w:ascii="Arial" w:hAnsi="Arial" w:cs="Arial"/>
          <w:lang w:val="nl-BE"/>
        </w:rPr>
        <w:t>:</w:t>
      </w:r>
    </w:p>
    <w:p w14:paraId="47C92C48" w14:textId="51E79BA1" w:rsidR="00BF47CF" w:rsidRPr="002922EA" w:rsidRDefault="004726BA">
      <w:pPr>
        <w:rPr>
          <w:rFonts w:ascii="Arial" w:hAnsi="Arial" w:cs="Arial"/>
          <w:lang w:val="nl-BE"/>
        </w:rPr>
      </w:pPr>
      <w:r w:rsidRPr="002922EA">
        <w:rPr>
          <w:rFonts w:ascii="Arial" w:hAnsi="Arial" w:cs="Arial"/>
          <w:lang w:val="nl-BE"/>
        </w:rPr>
        <w:t xml:space="preserve">- Schoonmaken van </w:t>
      </w:r>
      <w:r w:rsidR="003E5A2A" w:rsidRPr="002922EA">
        <w:rPr>
          <w:rFonts w:ascii="Arial" w:hAnsi="Arial" w:cs="Arial"/>
          <w:lang w:val="nl-BE"/>
        </w:rPr>
        <w:t xml:space="preserve">de bewoonde </w:t>
      </w:r>
      <w:r w:rsidRPr="002922EA">
        <w:rPr>
          <w:rFonts w:ascii="Arial" w:hAnsi="Arial" w:cs="Arial"/>
          <w:lang w:val="nl-BE"/>
        </w:rPr>
        <w:t>ruimtes</w:t>
      </w:r>
      <w:r w:rsidR="003E5A2A" w:rsidRPr="002922EA">
        <w:rPr>
          <w:rFonts w:ascii="Arial" w:hAnsi="Arial" w:cs="Arial"/>
          <w:lang w:val="nl-BE"/>
        </w:rPr>
        <w:t>: stofzuigen, vegen, stof afnemen, dweilen</w:t>
      </w:r>
    </w:p>
    <w:p w14:paraId="0BB4943C" w14:textId="729795AB" w:rsidR="00BF47CF" w:rsidRPr="002922EA" w:rsidRDefault="004726BA">
      <w:pPr>
        <w:rPr>
          <w:rFonts w:ascii="Arial" w:hAnsi="Arial" w:cs="Arial"/>
          <w:lang w:val="nl-BE"/>
        </w:rPr>
      </w:pPr>
      <w:r w:rsidRPr="002922EA">
        <w:rPr>
          <w:rFonts w:ascii="Arial" w:hAnsi="Arial" w:cs="Arial"/>
          <w:lang w:val="nl-BE"/>
        </w:rPr>
        <w:t xml:space="preserve">- Ramen lappen </w:t>
      </w:r>
    </w:p>
    <w:p w14:paraId="1B27F2CC" w14:textId="54E57359" w:rsidR="003E5A2A" w:rsidRPr="002922EA" w:rsidRDefault="003E5A2A">
      <w:pPr>
        <w:rPr>
          <w:rFonts w:ascii="Arial" w:hAnsi="Arial" w:cs="Arial"/>
          <w:lang w:val="nl-BE"/>
        </w:rPr>
      </w:pPr>
      <w:r w:rsidRPr="002922EA">
        <w:rPr>
          <w:rFonts w:ascii="Arial" w:hAnsi="Arial" w:cs="Arial"/>
          <w:lang w:val="nl-BE"/>
        </w:rPr>
        <w:t xml:space="preserve">- Aanpalende trappen </w:t>
      </w:r>
    </w:p>
    <w:p w14:paraId="35C47D71" w14:textId="69BDA75B" w:rsidR="003E5A2A" w:rsidRPr="002922EA" w:rsidRDefault="003E5A2A">
      <w:pPr>
        <w:rPr>
          <w:rFonts w:ascii="Arial" w:hAnsi="Arial" w:cs="Arial"/>
          <w:lang w:val="nl-BE"/>
        </w:rPr>
      </w:pPr>
      <w:r w:rsidRPr="002922EA">
        <w:rPr>
          <w:rFonts w:ascii="Arial" w:hAnsi="Arial" w:cs="Arial"/>
          <w:lang w:val="nl-BE"/>
        </w:rPr>
        <w:t xml:space="preserve">- Stoep poetsen </w:t>
      </w:r>
      <w:r w:rsidR="006819D7" w:rsidRPr="002922EA">
        <w:rPr>
          <w:rFonts w:ascii="Arial" w:hAnsi="Arial" w:cs="Arial"/>
          <w:lang w:val="nl-BE"/>
        </w:rPr>
        <w:t>en goot uitvegen</w:t>
      </w:r>
    </w:p>
    <w:p w14:paraId="31E671F3" w14:textId="72035853" w:rsidR="00BF47CF" w:rsidRPr="002922EA" w:rsidRDefault="003E5A2A">
      <w:pPr>
        <w:rPr>
          <w:rFonts w:ascii="Arial" w:hAnsi="Arial" w:cs="Arial"/>
          <w:lang w:val="nl-BE"/>
        </w:rPr>
      </w:pPr>
      <w:r w:rsidRPr="002922EA">
        <w:rPr>
          <w:rFonts w:ascii="Arial" w:hAnsi="Arial" w:cs="Arial"/>
          <w:lang w:val="nl-BE"/>
        </w:rPr>
        <w:t xml:space="preserve">- </w:t>
      </w:r>
      <w:r w:rsidR="009D1028">
        <w:rPr>
          <w:rFonts w:ascii="Arial" w:hAnsi="Arial" w:cs="Arial"/>
          <w:lang w:val="nl-BE"/>
        </w:rPr>
        <w:t>B</w:t>
      </w:r>
      <w:r w:rsidRPr="002922EA">
        <w:rPr>
          <w:rFonts w:ascii="Arial" w:hAnsi="Arial" w:cs="Arial"/>
          <w:lang w:val="nl-BE"/>
        </w:rPr>
        <w:t>edden opmaken en verschonen</w:t>
      </w:r>
    </w:p>
    <w:p w14:paraId="0F62CA82" w14:textId="0955D1B5" w:rsidR="000C7098" w:rsidRPr="002922EA" w:rsidRDefault="006819D7" w:rsidP="000C7098">
      <w:pPr>
        <w:jc w:val="both"/>
        <w:rPr>
          <w:rFonts w:ascii="Arial" w:hAnsi="Arial" w:cs="Arial"/>
          <w:lang w:val="nl-BE"/>
        </w:rPr>
      </w:pPr>
      <w:r w:rsidRPr="002922EA">
        <w:rPr>
          <w:rFonts w:ascii="Arial" w:hAnsi="Arial" w:cs="Arial"/>
          <w:lang w:val="nl-BE"/>
        </w:rPr>
        <w:t>Gelegenheidsonderhoudswerken</w:t>
      </w:r>
      <w:r w:rsidR="000B3DB9" w:rsidRPr="002922EA">
        <w:rPr>
          <w:rFonts w:ascii="Arial" w:hAnsi="Arial" w:cs="Arial"/>
          <w:lang w:val="nl-BE"/>
        </w:rPr>
        <w:t>:</w:t>
      </w:r>
      <w:r w:rsidR="000C7098" w:rsidRPr="002922EA">
        <w:rPr>
          <w:rFonts w:ascii="Arial" w:hAnsi="Arial" w:cs="Arial"/>
          <w:lang w:val="nl-BE"/>
        </w:rPr>
        <w:t xml:space="preserve"> </w:t>
      </w:r>
      <w:r w:rsidR="000B3DB9" w:rsidRPr="002922EA">
        <w:rPr>
          <w:rFonts w:ascii="Arial" w:hAnsi="Arial" w:cs="Arial"/>
          <w:lang w:val="nl-BE"/>
        </w:rPr>
        <w:t>d</w:t>
      </w:r>
      <w:r w:rsidR="000C7098" w:rsidRPr="002922EA">
        <w:rPr>
          <w:rFonts w:ascii="Arial" w:hAnsi="Arial" w:cs="Arial"/>
          <w:lang w:val="nl-BE"/>
        </w:rPr>
        <w:t xml:space="preserve">eze taken krijgen geen voorrang in de wekelijkse of veertiendaagse hulp maar zijn toegelaten om er bij gelegenheid gevolg aan te geven. </w:t>
      </w:r>
    </w:p>
    <w:p w14:paraId="58DE13CD" w14:textId="77C0CB52" w:rsidR="006819D7" w:rsidRPr="002922EA" w:rsidRDefault="006819D7" w:rsidP="000B3DB9">
      <w:pPr>
        <w:pStyle w:val="Lijstalinea"/>
        <w:numPr>
          <w:ilvl w:val="0"/>
          <w:numId w:val="10"/>
        </w:numPr>
        <w:rPr>
          <w:rFonts w:ascii="Arial" w:hAnsi="Arial" w:cs="Arial"/>
          <w:lang w:val="nl-BE"/>
        </w:rPr>
      </w:pPr>
      <w:r w:rsidRPr="002922EA">
        <w:rPr>
          <w:rFonts w:ascii="Arial" w:hAnsi="Arial" w:cs="Arial"/>
          <w:lang w:val="nl-BE"/>
        </w:rPr>
        <w:t>Kleine afwas</w:t>
      </w:r>
    </w:p>
    <w:p w14:paraId="61C528E0" w14:textId="17088DA4" w:rsidR="006819D7" w:rsidRPr="002922EA" w:rsidRDefault="006819D7" w:rsidP="006819D7">
      <w:pPr>
        <w:pStyle w:val="Lijstalinea"/>
        <w:numPr>
          <w:ilvl w:val="0"/>
          <w:numId w:val="10"/>
        </w:numPr>
        <w:rPr>
          <w:rFonts w:ascii="Arial" w:hAnsi="Arial" w:cs="Arial"/>
          <w:lang w:val="nl-BE"/>
        </w:rPr>
      </w:pPr>
      <w:r w:rsidRPr="002922EA">
        <w:rPr>
          <w:rFonts w:ascii="Arial" w:hAnsi="Arial" w:cs="Arial"/>
          <w:lang w:val="nl-BE"/>
        </w:rPr>
        <w:t>Deuren en kasten afwassen</w:t>
      </w:r>
    </w:p>
    <w:p w14:paraId="1A521AFC" w14:textId="128A9B69" w:rsidR="006819D7" w:rsidRPr="002922EA" w:rsidRDefault="006819D7" w:rsidP="006819D7">
      <w:pPr>
        <w:pStyle w:val="Lijstalinea"/>
        <w:numPr>
          <w:ilvl w:val="0"/>
          <w:numId w:val="10"/>
        </w:numPr>
        <w:rPr>
          <w:rFonts w:ascii="Arial" w:hAnsi="Arial" w:cs="Arial"/>
          <w:lang w:val="nl-BE"/>
        </w:rPr>
      </w:pPr>
      <w:r w:rsidRPr="002922EA">
        <w:rPr>
          <w:rFonts w:ascii="Arial" w:hAnsi="Arial" w:cs="Arial"/>
          <w:lang w:val="nl-BE"/>
        </w:rPr>
        <w:t>Luchters poetsen</w:t>
      </w:r>
    </w:p>
    <w:p w14:paraId="35388B4E" w14:textId="6EF3AA68" w:rsidR="006819D7" w:rsidRPr="002922EA" w:rsidRDefault="006819D7" w:rsidP="006819D7">
      <w:pPr>
        <w:pStyle w:val="Lijstalinea"/>
        <w:numPr>
          <w:ilvl w:val="0"/>
          <w:numId w:val="10"/>
        </w:numPr>
        <w:rPr>
          <w:rFonts w:ascii="Arial" w:hAnsi="Arial" w:cs="Arial"/>
          <w:lang w:val="nl-BE"/>
        </w:rPr>
      </w:pPr>
      <w:r w:rsidRPr="002922EA">
        <w:rPr>
          <w:rFonts w:ascii="Arial" w:hAnsi="Arial" w:cs="Arial"/>
          <w:lang w:val="nl-BE"/>
        </w:rPr>
        <w:t>Meubels boenen</w:t>
      </w:r>
    </w:p>
    <w:p w14:paraId="0A1DB4F4" w14:textId="7FF85193" w:rsidR="006819D7" w:rsidRPr="002922EA" w:rsidRDefault="006819D7" w:rsidP="006819D7">
      <w:pPr>
        <w:pStyle w:val="Lijstalinea"/>
        <w:numPr>
          <w:ilvl w:val="0"/>
          <w:numId w:val="10"/>
        </w:numPr>
        <w:rPr>
          <w:rFonts w:ascii="Arial" w:hAnsi="Arial" w:cs="Arial"/>
          <w:lang w:val="nl-BE"/>
        </w:rPr>
      </w:pPr>
      <w:r w:rsidRPr="002922EA">
        <w:rPr>
          <w:rFonts w:ascii="Arial" w:hAnsi="Arial" w:cs="Arial"/>
          <w:lang w:val="nl-BE"/>
        </w:rPr>
        <w:t>Kachel en gasfornuis poetsen</w:t>
      </w:r>
    </w:p>
    <w:p w14:paraId="7EA23FE1" w14:textId="649359EA" w:rsidR="006819D7" w:rsidRPr="002922EA" w:rsidRDefault="006819D7" w:rsidP="006819D7">
      <w:pPr>
        <w:pStyle w:val="Lijstalinea"/>
        <w:numPr>
          <w:ilvl w:val="0"/>
          <w:numId w:val="10"/>
        </w:numPr>
        <w:rPr>
          <w:rFonts w:ascii="Arial" w:hAnsi="Arial" w:cs="Arial"/>
          <w:lang w:val="nl-BE"/>
        </w:rPr>
      </w:pPr>
      <w:r w:rsidRPr="002922EA">
        <w:rPr>
          <w:rFonts w:ascii="Arial" w:hAnsi="Arial" w:cs="Arial"/>
          <w:lang w:val="nl-BE"/>
        </w:rPr>
        <w:t>Gordijnen afnemen en terughangen</w:t>
      </w:r>
    </w:p>
    <w:p w14:paraId="452F1A86" w14:textId="7670D598" w:rsidR="006819D7" w:rsidRPr="002922EA" w:rsidRDefault="006819D7" w:rsidP="006819D7">
      <w:pPr>
        <w:pStyle w:val="Lijstalinea"/>
        <w:numPr>
          <w:ilvl w:val="0"/>
          <w:numId w:val="10"/>
        </w:numPr>
        <w:rPr>
          <w:rFonts w:ascii="Arial" w:hAnsi="Arial" w:cs="Arial"/>
          <w:lang w:val="nl-BE"/>
        </w:rPr>
      </w:pPr>
      <w:r w:rsidRPr="002922EA">
        <w:rPr>
          <w:rFonts w:ascii="Arial" w:hAnsi="Arial" w:cs="Arial"/>
          <w:lang w:val="nl-BE"/>
        </w:rPr>
        <w:t>Onderhoud van koelkast, oven, diepvries</w:t>
      </w:r>
    </w:p>
    <w:p w14:paraId="7CEBEF80" w14:textId="5A97A368" w:rsidR="006819D7" w:rsidRPr="002922EA" w:rsidRDefault="006819D7" w:rsidP="006819D7">
      <w:pPr>
        <w:pStyle w:val="Lijstalinea"/>
        <w:numPr>
          <w:ilvl w:val="0"/>
          <w:numId w:val="10"/>
        </w:numPr>
        <w:rPr>
          <w:rFonts w:ascii="Arial" w:hAnsi="Arial" w:cs="Arial"/>
          <w:lang w:val="nl-BE"/>
        </w:rPr>
      </w:pPr>
      <w:r w:rsidRPr="002922EA">
        <w:rPr>
          <w:rFonts w:ascii="Arial" w:hAnsi="Arial" w:cs="Arial"/>
          <w:lang w:val="nl-BE"/>
        </w:rPr>
        <w:t>Afwassen van rolluiken</w:t>
      </w:r>
    </w:p>
    <w:p w14:paraId="5EAC4FAE" w14:textId="4371A8AD" w:rsidR="006819D7" w:rsidRPr="002922EA" w:rsidRDefault="006819D7" w:rsidP="006819D7">
      <w:pPr>
        <w:pStyle w:val="Lijstalinea"/>
        <w:numPr>
          <w:ilvl w:val="0"/>
          <w:numId w:val="10"/>
        </w:numPr>
        <w:rPr>
          <w:rFonts w:ascii="Arial" w:hAnsi="Arial" w:cs="Arial"/>
          <w:lang w:val="nl-BE"/>
        </w:rPr>
      </w:pPr>
      <w:r w:rsidRPr="002922EA">
        <w:rPr>
          <w:rFonts w:ascii="Arial" w:hAnsi="Arial" w:cs="Arial"/>
          <w:lang w:val="nl-BE"/>
        </w:rPr>
        <w:t>Schoonmaken van zolder en kelder</w:t>
      </w:r>
    </w:p>
    <w:p w14:paraId="70C33223" w14:textId="1D929E58" w:rsidR="006819D7" w:rsidRPr="002922EA" w:rsidRDefault="006819D7" w:rsidP="006819D7">
      <w:pPr>
        <w:pStyle w:val="Lijstalinea"/>
        <w:numPr>
          <w:ilvl w:val="0"/>
          <w:numId w:val="10"/>
        </w:numPr>
        <w:rPr>
          <w:rFonts w:ascii="Arial" w:hAnsi="Arial" w:cs="Arial"/>
          <w:lang w:val="nl-BE"/>
        </w:rPr>
      </w:pPr>
      <w:r w:rsidRPr="002922EA">
        <w:rPr>
          <w:rFonts w:ascii="Arial" w:hAnsi="Arial" w:cs="Arial"/>
          <w:lang w:val="nl-BE"/>
        </w:rPr>
        <w:t>Klein naaiwerk, strijkwerk en was uithangen/binnenhalen</w:t>
      </w:r>
    </w:p>
    <w:p w14:paraId="1B1667B7" w14:textId="77777777" w:rsidR="008E7D19" w:rsidRPr="002922EA" w:rsidRDefault="008E7D19">
      <w:pPr>
        <w:rPr>
          <w:rFonts w:ascii="Arial" w:hAnsi="Arial" w:cs="Arial"/>
          <w:lang w:val="nl-BE"/>
        </w:rPr>
      </w:pPr>
    </w:p>
    <w:p w14:paraId="70AE4FEA" w14:textId="435B27E5" w:rsidR="00BF47CF" w:rsidRPr="002922EA" w:rsidRDefault="004726BA">
      <w:pPr>
        <w:rPr>
          <w:rFonts w:ascii="Arial" w:hAnsi="Arial" w:cs="Arial"/>
          <w:lang w:val="nl-BE"/>
        </w:rPr>
      </w:pPr>
      <w:r w:rsidRPr="002922EA">
        <w:rPr>
          <w:rFonts w:ascii="Arial" w:hAnsi="Arial" w:cs="Arial"/>
          <w:lang w:val="nl-BE"/>
        </w:rPr>
        <w:lastRenderedPageBreak/>
        <w:t>Niet toegelaten activiteiten:</w:t>
      </w:r>
    </w:p>
    <w:p w14:paraId="6A3CBFA3" w14:textId="5DE0E4C5" w:rsidR="00BF47CF" w:rsidRPr="002922EA" w:rsidRDefault="004726BA">
      <w:pPr>
        <w:rPr>
          <w:rFonts w:ascii="Arial" w:hAnsi="Arial" w:cs="Arial"/>
          <w:lang w:val="nl-BE"/>
        </w:rPr>
      </w:pPr>
      <w:r w:rsidRPr="002922EA">
        <w:rPr>
          <w:rFonts w:ascii="Arial" w:hAnsi="Arial" w:cs="Arial"/>
          <w:lang w:val="nl-BE"/>
        </w:rPr>
        <w:t xml:space="preserve">- </w:t>
      </w:r>
      <w:r w:rsidR="009D1028">
        <w:rPr>
          <w:rFonts w:ascii="Arial" w:hAnsi="Arial" w:cs="Arial"/>
          <w:lang w:val="nl-BE"/>
        </w:rPr>
        <w:t>K</w:t>
      </w:r>
      <w:r w:rsidR="006819D7" w:rsidRPr="002922EA">
        <w:rPr>
          <w:rFonts w:ascii="Arial" w:hAnsi="Arial" w:cs="Arial"/>
          <w:lang w:val="nl-BE"/>
        </w:rPr>
        <w:t>uisen van de plafonds</w:t>
      </w:r>
    </w:p>
    <w:p w14:paraId="26F7BBF8" w14:textId="79FD22B1" w:rsidR="006819D7" w:rsidRPr="002922EA" w:rsidRDefault="006819D7">
      <w:pPr>
        <w:rPr>
          <w:rFonts w:ascii="Arial" w:hAnsi="Arial" w:cs="Arial"/>
          <w:lang w:val="nl-BE"/>
        </w:rPr>
      </w:pPr>
      <w:r w:rsidRPr="002922EA">
        <w:rPr>
          <w:rFonts w:ascii="Arial" w:hAnsi="Arial" w:cs="Arial"/>
          <w:lang w:val="nl-BE"/>
        </w:rPr>
        <w:t xml:space="preserve">- </w:t>
      </w:r>
      <w:r w:rsidR="009D1028">
        <w:rPr>
          <w:rFonts w:ascii="Arial" w:hAnsi="Arial" w:cs="Arial"/>
          <w:lang w:val="nl-BE"/>
        </w:rPr>
        <w:t>D</w:t>
      </w:r>
      <w:r w:rsidRPr="002922EA">
        <w:rPr>
          <w:rFonts w:ascii="Arial" w:hAnsi="Arial" w:cs="Arial"/>
          <w:lang w:val="nl-BE"/>
        </w:rPr>
        <w:t>akgoten reinigen</w:t>
      </w:r>
    </w:p>
    <w:p w14:paraId="20DCAF73" w14:textId="5EFA2968" w:rsidR="006819D7" w:rsidRPr="002922EA" w:rsidRDefault="006819D7">
      <w:pPr>
        <w:rPr>
          <w:rFonts w:ascii="Arial" w:hAnsi="Arial" w:cs="Arial"/>
          <w:lang w:val="nl-BE"/>
        </w:rPr>
      </w:pPr>
      <w:r w:rsidRPr="002922EA">
        <w:rPr>
          <w:rFonts w:ascii="Arial" w:hAnsi="Arial" w:cs="Arial"/>
          <w:lang w:val="nl-BE"/>
        </w:rPr>
        <w:t xml:space="preserve">- </w:t>
      </w:r>
      <w:r w:rsidR="009D1028">
        <w:rPr>
          <w:rFonts w:ascii="Arial" w:hAnsi="Arial" w:cs="Arial"/>
          <w:lang w:val="nl-BE"/>
        </w:rPr>
        <w:t>B</w:t>
      </w:r>
      <w:r w:rsidRPr="002922EA">
        <w:rPr>
          <w:rFonts w:ascii="Arial" w:hAnsi="Arial" w:cs="Arial"/>
          <w:lang w:val="nl-BE"/>
        </w:rPr>
        <w:t>oodschappen doen</w:t>
      </w:r>
    </w:p>
    <w:p w14:paraId="093FA2FC" w14:textId="0B08F6BE" w:rsidR="006819D7" w:rsidRPr="002922EA" w:rsidRDefault="006819D7">
      <w:pPr>
        <w:rPr>
          <w:rFonts w:ascii="Arial" w:hAnsi="Arial" w:cs="Arial"/>
          <w:lang w:val="nl-BE"/>
        </w:rPr>
      </w:pPr>
      <w:r w:rsidRPr="002922EA">
        <w:rPr>
          <w:rFonts w:ascii="Arial" w:hAnsi="Arial" w:cs="Arial"/>
          <w:lang w:val="nl-BE"/>
        </w:rPr>
        <w:t xml:space="preserve">- </w:t>
      </w:r>
      <w:r w:rsidR="009D1028">
        <w:rPr>
          <w:rFonts w:ascii="Arial" w:hAnsi="Arial" w:cs="Arial"/>
          <w:lang w:val="nl-BE"/>
        </w:rPr>
        <w:t>M</w:t>
      </w:r>
      <w:r w:rsidRPr="002922EA">
        <w:rPr>
          <w:rFonts w:ascii="Arial" w:hAnsi="Arial" w:cs="Arial"/>
          <w:lang w:val="nl-BE"/>
        </w:rPr>
        <w:t>aaltijden bereiden</w:t>
      </w:r>
    </w:p>
    <w:p w14:paraId="695A2D36" w14:textId="6691EA30" w:rsidR="006819D7" w:rsidRPr="002922EA" w:rsidRDefault="006819D7">
      <w:pPr>
        <w:rPr>
          <w:rFonts w:ascii="Arial" w:hAnsi="Arial" w:cs="Arial"/>
          <w:lang w:val="nl-BE"/>
        </w:rPr>
      </w:pPr>
      <w:r w:rsidRPr="002922EA">
        <w:rPr>
          <w:rFonts w:ascii="Arial" w:hAnsi="Arial" w:cs="Arial"/>
          <w:lang w:val="nl-BE"/>
        </w:rPr>
        <w:t xml:space="preserve">- </w:t>
      </w:r>
      <w:r w:rsidR="009D1028">
        <w:rPr>
          <w:rFonts w:ascii="Arial" w:hAnsi="Arial" w:cs="Arial"/>
          <w:lang w:val="nl-BE"/>
        </w:rPr>
        <w:t>V</w:t>
      </w:r>
      <w:r w:rsidRPr="002922EA">
        <w:rPr>
          <w:rFonts w:ascii="Arial" w:hAnsi="Arial" w:cs="Arial"/>
          <w:lang w:val="nl-BE"/>
        </w:rPr>
        <w:t>ervoer</w:t>
      </w:r>
    </w:p>
    <w:p w14:paraId="230A4DF8" w14:textId="470E8387" w:rsidR="006819D7" w:rsidRPr="002922EA" w:rsidRDefault="006819D7">
      <w:pPr>
        <w:rPr>
          <w:rFonts w:ascii="Arial" w:hAnsi="Arial" w:cs="Arial"/>
          <w:lang w:val="nl-BE"/>
        </w:rPr>
      </w:pPr>
      <w:r w:rsidRPr="002922EA">
        <w:rPr>
          <w:rFonts w:ascii="Arial" w:hAnsi="Arial" w:cs="Arial"/>
          <w:lang w:val="nl-BE"/>
        </w:rPr>
        <w:t xml:space="preserve">- </w:t>
      </w:r>
      <w:r w:rsidR="009D1028">
        <w:rPr>
          <w:rFonts w:ascii="Arial" w:hAnsi="Arial" w:cs="Arial"/>
          <w:lang w:val="nl-BE"/>
        </w:rPr>
        <w:t>O</w:t>
      </w:r>
      <w:r w:rsidRPr="002922EA">
        <w:rPr>
          <w:rFonts w:ascii="Arial" w:hAnsi="Arial" w:cs="Arial"/>
          <w:lang w:val="nl-BE"/>
        </w:rPr>
        <w:t>ppas en gezelschap</w:t>
      </w:r>
    </w:p>
    <w:p w14:paraId="1C08E45E" w14:textId="1F23F94F" w:rsidR="006819D7" w:rsidRPr="002922EA" w:rsidRDefault="006819D7">
      <w:pPr>
        <w:rPr>
          <w:rFonts w:ascii="Arial" w:hAnsi="Arial" w:cs="Arial"/>
          <w:lang w:val="nl-BE"/>
        </w:rPr>
      </w:pPr>
      <w:r w:rsidRPr="002922EA">
        <w:rPr>
          <w:rFonts w:ascii="Arial" w:hAnsi="Arial" w:cs="Arial"/>
          <w:lang w:val="nl-BE"/>
        </w:rPr>
        <w:t xml:space="preserve">- </w:t>
      </w:r>
      <w:r w:rsidR="009D1028">
        <w:rPr>
          <w:rFonts w:ascii="Arial" w:hAnsi="Arial" w:cs="Arial"/>
          <w:lang w:val="nl-BE"/>
        </w:rPr>
        <w:t>A</w:t>
      </w:r>
      <w:r w:rsidRPr="002922EA">
        <w:rPr>
          <w:rFonts w:ascii="Arial" w:hAnsi="Arial" w:cs="Arial"/>
          <w:lang w:val="nl-BE"/>
        </w:rPr>
        <w:t>uto’s wassen</w:t>
      </w:r>
    </w:p>
    <w:p w14:paraId="6FAC36FB" w14:textId="61DF97D4" w:rsidR="006819D7" w:rsidRPr="002922EA" w:rsidRDefault="006819D7">
      <w:pPr>
        <w:rPr>
          <w:rFonts w:ascii="Arial" w:hAnsi="Arial" w:cs="Arial"/>
          <w:lang w:val="nl-BE"/>
        </w:rPr>
      </w:pPr>
      <w:r w:rsidRPr="002922EA">
        <w:rPr>
          <w:rFonts w:ascii="Arial" w:hAnsi="Arial" w:cs="Arial"/>
          <w:lang w:val="nl-BE"/>
        </w:rPr>
        <w:t xml:space="preserve">- Hond uitlaten, onderhoud van dierenkooien, voederbakken, en uitwerpselbakken </w:t>
      </w:r>
    </w:p>
    <w:p w14:paraId="3790C554" w14:textId="4CA5A04F" w:rsidR="00BF47CF" w:rsidRPr="002922EA" w:rsidRDefault="004726BA">
      <w:pPr>
        <w:rPr>
          <w:rFonts w:ascii="Arial" w:hAnsi="Arial" w:cs="Arial"/>
          <w:lang w:val="nl-BE"/>
        </w:rPr>
      </w:pPr>
      <w:r w:rsidRPr="002922EA">
        <w:rPr>
          <w:rFonts w:ascii="Arial" w:hAnsi="Arial" w:cs="Arial"/>
          <w:lang w:val="nl-BE"/>
        </w:rPr>
        <w:t xml:space="preserve">- </w:t>
      </w:r>
      <w:r w:rsidR="006819D7" w:rsidRPr="002922EA">
        <w:rPr>
          <w:rFonts w:ascii="Arial" w:hAnsi="Arial" w:cs="Arial"/>
          <w:lang w:val="nl-BE"/>
        </w:rPr>
        <w:t xml:space="preserve">Tuinwerk </w:t>
      </w:r>
    </w:p>
    <w:p w14:paraId="72E787AE" w14:textId="77777777" w:rsidR="00BF47CF" w:rsidRPr="002922EA" w:rsidRDefault="004726BA">
      <w:pPr>
        <w:pStyle w:val="Kop2"/>
        <w:rPr>
          <w:rFonts w:ascii="Arial" w:hAnsi="Arial" w:cs="Arial"/>
          <w:sz w:val="22"/>
          <w:szCs w:val="22"/>
          <w:lang w:val="nl-BE"/>
        </w:rPr>
      </w:pPr>
      <w:r w:rsidRPr="002922EA">
        <w:rPr>
          <w:rFonts w:ascii="Arial" w:hAnsi="Arial" w:cs="Arial"/>
          <w:sz w:val="22"/>
          <w:szCs w:val="22"/>
          <w:lang w:val="nl-BE"/>
        </w:rPr>
        <w:t>4. Werktijden en afwezigheden</w:t>
      </w:r>
    </w:p>
    <w:p w14:paraId="374D0071" w14:textId="521B4512" w:rsidR="00BF47CF" w:rsidRPr="002922EA" w:rsidRDefault="004726BA" w:rsidP="00A25EC9">
      <w:pPr>
        <w:jc w:val="both"/>
        <w:rPr>
          <w:rFonts w:ascii="Arial" w:hAnsi="Arial" w:cs="Arial"/>
          <w:lang w:val="nl-BE"/>
        </w:rPr>
      </w:pPr>
      <w:r w:rsidRPr="002922EA">
        <w:rPr>
          <w:rFonts w:ascii="Arial" w:hAnsi="Arial" w:cs="Arial"/>
          <w:lang w:val="nl-BE"/>
        </w:rPr>
        <w:t>De werkuren worden afgesproken bij de opstart van de dienstverlening.</w:t>
      </w:r>
      <w:r w:rsidR="006819D7" w:rsidRPr="002922EA">
        <w:rPr>
          <w:rFonts w:ascii="Arial" w:hAnsi="Arial" w:cs="Arial"/>
          <w:lang w:val="nl-BE"/>
        </w:rPr>
        <w:t xml:space="preserve">  De poets</w:t>
      </w:r>
      <w:r w:rsidR="0021547F" w:rsidRPr="002922EA">
        <w:rPr>
          <w:rFonts w:ascii="Arial" w:hAnsi="Arial" w:cs="Arial"/>
          <w:lang w:val="nl-BE"/>
        </w:rPr>
        <w:t xml:space="preserve">hulp </w:t>
      </w:r>
      <w:r w:rsidR="006819D7" w:rsidRPr="002922EA">
        <w:rPr>
          <w:rFonts w:ascii="Arial" w:hAnsi="Arial" w:cs="Arial"/>
          <w:lang w:val="nl-BE"/>
        </w:rPr>
        <w:t>werkt van 8u-12u of 8u30-12u30 in de voormiddag, en van 12u30-16u30 of 13u-17u in de namiddag.</w:t>
      </w:r>
      <w:r w:rsidR="004370B9" w:rsidRPr="002922EA">
        <w:rPr>
          <w:rFonts w:ascii="Arial" w:hAnsi="Arial" w:cs="Arial"/>
          <w:lang w:val="nl-BE"/>
        </w:rPr>
        <w:t xml:space="preserve"> We verwachten stipte begin- en einduren. </w:t>
      </w:r>
      <w:r w:rsidR="00A469BA" w:rsidRPr="002922EA">
        <w:rPr>
          <w:rFonts w:ascii="Arial" w:hAnsi="Arial" w:cs="Arial"/>
          <w:lang w:val="nl-BE"/>
        </w:rPr>
        <w:t>Dit is zeer belangrijk voor de verzekering van onze poetshulpen.</w:t>
      </w:r>
      <w:r w:rsidR="004370B9" w:rsidRPr="002922EA">
        <w:rPr>
          <w:rFonts w:ascii="Arial" w:hAnsi="Arial" w:cs="Arial"/>
          <w:lang w:val="nl-BE"/>
        </w:rPr>
        <w:t xml:space="preserve"> </w:t>
      </w:r>
    </w:p>
    <w:p w14:paraId="11A25F9E" w14:textId="543015B4" w:rsidR="001A5615" w:rsidRPr="002922EA" w:rsidRDefault="001A5615" w:rsidP="00A25EC9">
      <w:pPr>
        <w:jc w:val="both"/>
        <w:rPr>
          <w:rFonts w:ascii="Arial" w:hAnsi="Arial" w:cs="Arial"/>
          <w:lang w:val="nl-BE"/>
        </w:rPr>
      </w:pPr>
      <w:r w:rsidRPr="002922EA">
        <w:rPr>
          <w:rFonts w:ascii="Arial" w:hAnsi="Arial" w:cs="Arial"/>
          <w:lang w:val="nl-BE"/>
        </w:rPr>
        <w:t xml:space="preserve">Uw </w:t>
      </w:r>
      <w:r w:rsidR="0021547F" w:rsidRPr="002922EA">
        <w:rPr>
          <w:rFonts w:ascii="Arial" w:hAnsi="Arial" w:cs="Arial"/>
          <w:lang w:val="nl-BE"/>
        </w:rPr>
        <w:t>poetshulp</w:t>
      </w:r>
      <w:r w:rsidRPr="002922EA">
        <w:rPr>
          <w:rFonts w:ascii="Arial" w:hAnsi="Arial" w:cs="Arial"/>
          <w:lang w:val="nl-BE"/>
        </w:rPr>
        <w:t xml:space="preserve"> werkt op</w:t>
      </w:r>
      <w:r w:rsidR="00972601" w:rsidRPr="002922EA">
        <w:rPr>
          <w:rFonts w:ascii="Arial" w:hAnsi="Arial" w:cs="Arial"/>
          <w:lang w:val="nl-BE"/>
        </w:rPr>
        <w:t xml:space="preserve"> ………………..dag van ……. tot ……..</w:t>
      </w:r>
    </w:p>
    <w:p w14:paraId="4D80DBCA" w14:textId="35ABDE2D" w:rsidR="00E85957" w:rsidRPr="002922EA" w:rsidRDefault="00E85957" w:rsidP="00A25EC9">
      <w:pPr>
        <w:jc w:val="both"/>
        <w:rPr>
          <w:rFonts w:ascii="Arial" w:hAnsi="Arial" w:cs="Arial"/>
          <w:lang w:val="nl-BE"/>
        </w:rPr>
      </w:pPr>
      <w:r w:rsidRPr="002922EA">
        <w:rPr>
          <w:rFonts w:ascii="Arial" w:hAnsi="Arial" w:cs="Arial"/>
          <w:lang w:val="nl-BE"/>
        </w:rPr>
        <w:t>Een poets</w:t>
      </w:r>
      <w:r w:rsidR="0021547F" w:rsidRPr="002922EA">
        <w:rPr>
          <w:rFonts w:ascii="Arial" w:hAnsi="Arial" w:cs="Arial"/>
          <w:lang w:val="nl-BE"/>
        </w:rPr>
        <w:t>h</w:t>
      </w:r>
      <w:r w:rsidR="003911BA" w:rsidRPr="002922EA">
        <w:rPr>
          <w:rFonts w:ascii="Arial" w:hAnsi="Arial" w:cs="Arial"/>
          <w:lang w:val="nl-BE"/>
        </w:rPr>
        <w:t>ulp</w:t>
      </w:r>
      <w:r w:rsidRPr="002922EA">
        <w:rPr>
          <w:rFonts w:ascii="Arial" w:hAnsi="Arial" w:cs="Arial"/>
          <w:lang w:val="nl-BE"/>
        </w:rPr>
        <w:t xml:space="preserve"> heeft recht op 15 minuten pauze, doorheen de </w:t>
      </w:r>
      <w:r w:rsidR="00733A42" w:rsidRPr="002922EA">
        <w:rPr>
          <w:rFonts w:ascii="Arial" w:hAnsi="Arial" w:cs="Arial"/>
          <w:lang w:val="nl-BE"/>
        </w:rPr>
        <w:t xml:space="preserve">4 uur die </w:t>
      </w:r>
      <w:r w:rsidR="003911BA" w:rsidRPr="002922EA">
        <w:rPr>
          <w:rFonts w:ascii="Arial" w:hAnsi="Arial" w:cs="Arial"/>
          <w:lang w:val="nl-BE"/>
        </w:rPr>
        <w:t>hij/</w:t>
      </w:r>
      <w:r w:rsidR="00733A42" w:rsidRPr="002922EA">
        <w:rPr>
          <w:rFonts w:ascii="Arial" w:hAnsi="Arial" w:cs="Arial"/>
          <w:lang w:val="nl-BE"/>
        </w:rPr>
        <w:t>zij bij u aanwezig is.</w:t>
      </w:r>
      <w:r w:rsidR="001925EC" w:rsidRPr="002922EA">
        <w:rPr>
          <w:rFonts w:ascii="Arial" w:hAnsi="Arial" w:cs="Arial"/>
          <w:lang w:val="nl-BE"/>
        </w:rPr>
        <w:t xml:space="preserve"> Roken mag </w:t>
      </w:r>
      <w:r w:rsidR="003911BA" w:rsidRPr="002922EA">
        <w:rPr>
          <w:rFonts w:ascii="Arial" w:hAnsi="Arial" w:cs="Arial"/>
          <w:lang w:val="nl-BE"/>
        </w:rPr>
        <w:t>hij/</w:t>
      </w:r>
      <w:r w:rsidR="001925EC" w:rsidRPr="002922EA">
        <w:rPr>
          <w:rFonts w:ascii="Arial" w:hAnsi="Arial" w:cs="Arial"/>
          <w:lang w:val="nl-BE"/>
        </w:rPr>
        <w:t xml:space="preserve">zij enkel in die pauze, en mits uw toestemming.  </w:t>
      </w:r>
      <w:r w:rsidR="00EB240F" w:rsidRPr="002922EA">
        <w:rPr>
          <w:rFonts w:ascii="Arial" w:hAnsi="Arial" w:cs="Arial"/>
          <w:lang w:val="nl-BE"/>
        </w:rPr>
        <w:t xml:space="preserve">Mits uw toestemming kan </w:t>
      </w:r>
      <w:r w:rsidR="003911BA" w:rsidRPr="002922EA">
        <w:rPr>
          <w:rFonts w:ascii="Arial" w:hAnsi="Arial" w:cs="Arial"/>
          <w:lang w:val="nl-BE"/>
        </w:rPr>
        <w:t>hij/</w:t>
      </w:r>
      <w:r w:rsidR="00EB240F" w:rsidRPr="002922EA">
        <w:rPr>
          <w:rFonts w:ascii="Arial" w:hAnsi="Arial" w:cs="Arial"/>
          <w:lang w:val="nl-BE"/>
        </w:rPr>
        <w:t xml:space="preserve">zij werken met muziek.  </w:t>
      </w:r>
    </w:p>
    <w:p w14:paraId="24EAA460" w14:textId="6BBF5202" w:rsidR="00EF3F8C" w:rsidRPr="002922EA" w:rsidRDefault="00EF3F8C" w:rsidP="00A25EC9">
      <w:pPr>
        <w:jc w:val="both"/>
        <w:rPr>
          <w:rFonts w:ascii="Arial" w:hAnsi="Arial" w:cs="Arial"/>
          <w:lang w:val="nl-BE"/>
        </w:rPr>
      </w:pPr>
      <w:r w:rsidRPr="002922EA">
        <w:rPr>
          <w:rFonts w:ascii="Arial" w:hAnsi="Arial" w:cs="Arial"/>
          <w:lang w:val="nl-BE"/>
        </w:rPr>
        <w:t>Het drinken van alcohol is verboden.  Een poets</w:t>
      </w:r>
      <w:r w:rsidR="003911BA" w:rsidRPr="002922EA">
        <w:rPr>
          <w:rFonts w:ascii="Arial" w:hAnsi="Arial" w:cs="Arial"/>
          <w:lang w:val="nl-BE"/>
        </w:rPr>
        <w:t>hulp</w:t>
      </w:r>
      <w:r w:rsidRPr="002922EA">
        <w:rPr>
          <w:rFonts w:ascii="Arial" w:hAnsi="Arial" w:cs="Arial"/>
          <w:lang w:val="nl-BE"/>
        </w:rPr>
        <w:t xml:space="preserve"> mag geen geld of geschenken aannemen. </w:t>
      </w:r>
      <w:r w:rsidR="003E790F" w:rsidRPr="002922EA">
        <w:rPr>
          <w:rFonts w:ascii="Arial" w:hAnsi="Arial" w:cs="Arial"/>
          <w:lang w:val="nl-BE"/>
        </w:rPr>
        <w:t xml:space="preserve">Er wordt ook niet geleend of uitgeleend.  </w:t>
      </w:r>
    </w:p>
    <w:p w14:paraId="6F21E420" w14:textId="58ED6519" w:rsidR="004370B9" w:rsidRPr="002922EA" w:rsidRDefault="004370B9" w:rsidP="00A25EC9">
      <w:pPr>
        <w:jc w:val="both"/>
        <w:rPr>
          <w:rFonts w:ascii="Arial" w:hAnsi="Arial" w:cs="Arial"/>
          <w:lang w:val="nl-BE"/>
        </w:rPr>
      </w:pPr>
      <w:r w:rsidRPr="002922EA">
        <w:rPr>
          <w:rFonts w:ascii="Arial" w:hAnsi="Arial" w:cs="Arial"/>
          <w:lang w:val="nl-BE"/>
        </w:rPr>
        <w:t>De poetsplanning wordt wekelijks op donderdagmorgen opgemaakt.  Wij vragen u om altijd vóór de donderdag uw afwezigheden mee te delen, behalve in geval van overmacht. (</w:t>
      </w:r>
      <w:proofErr w:type="spellStart"/>
      <w:r w:rsidRPr="002922EA">
        <w:rPr>
          <w:rFonts w:ascii="Arial" w:hAnsi="Arial" w:cs="Arial"/>
          <w:lang w:val="nl-BE"/>
        </w:rPr>
        <w:t>bvb</w:t>
      </w:r>
      <w:proofErr w:type="spellEnd"/>
      <w:r w:rsidRPr="002922EA">
        <w:rPr>
          <w:rFonts w:ascii="Arial" w:hAnsi="Arial" w:cs="Arial"/>
          <w:lang w:val="nl-BE"/>
        </w:rPr>
        <w:t xml:space="preserve"> opname in het ziekenhuis)</w:t>
      </w:r>
    </w:p>
    <w:p w14:paraId="25E91BB5" w14:textId="0A5CFA64" w:rsidR="00BF47CF" w:rsidRPr="002922EA" w:rsidRDefault="004726BA" w:rsidP="00A25EC9">
      <w:pPr>
        <w:jc w:val="both"/>
        <w:rPr>
          <w:rFonts w:ascii="Arial" w:hAnsi="Arial" w:cs="Arial"/>
          <w:lang w:val="nl-BE"/>
        </w:rPr>
      </w:pPr>
      <w:r w:rsidRPr="002922EA">
        <w:rPr>
          <w:rFonts w:ascii="Arial" w:hAnsi="Arial" w:cs="Arial"/>
          <w:lang w:val="nl-BE"/>
        </w:rPr>
        <w:t xml:space="preserve">Bij ziekte of overmacht </w:t>
      </w:r>
      <w:r w:rsidR="004370B9" w:rsidRPr="002922EA">
        <w:rPr>
          <w:rFonts w:ascii="Arial" w:hAnsi="Arial" w:cs="Arial"/>
          <w:lang w:val="nl-BE"/>
        </w:rPr>
        <w:t>van onze poets</w:t>
      </w:r>
      <w:r w:rsidR="00034C4A" w:rsidRPr="002922EA">
        <w:rPr>
          <w:rFonts w:ascii="Arial" w:hAnsi="Arial" w:cs="Arial"/>
          <w:lang w:val="nl-BE"/>
        </w:rPr>
        <w:t>hulp</w:t>
      </w:r>
      <w:r w:rsidR="004370B9" w:rsidRPr="002922EA">
        <w:rPr>
          <w:rFonts w:ascii="Arial" w:hAnsi="Arial" w:cs="Arial"/>
          <w:lang w:val="nl-BE"/>
        </w:rPr>
        <w:t xml:space="preserve"> </w:t>
      </w:r>
      <w:r w:rsidRPr="002922EA">
        <w:rPr>
          <w:rFonts w:ascii="Arial" w:hAnsi="Arial" w:cs="Arial"/>
          <w:lang w:val="nl-BE"/>
        </w:rPr>
        <w:t>wordt geen vervanging gegarandeerd</w:t>
      </w:r>
      <w:r w:rsidR="004370B9" w:rsidRPr="002922EA">
        <w:rPr>
          <w:rFonts w:ascii="Arial" w:hAnsi="Arial" w:cs="Arial"/>
          <w:lang w:val="nl-BE"/>
        </w:rPr>
        <w:t>.</w:t>
      </w:r>
    </w:p>
    <w:p w14:paraId="7AD8BC74" w14:textId="77777777" w:rsidR="00BF47CF" w:rsidRPr="002922EA" w:rsidRDefault="004726BA">
      <w:pPr>
        <w:pStyle w:val="Kop2"/>
        <w:rPr>
          <w:rFonts w:ascii="Arial" w:hAnsi="Arial" w:cs="Arial"/>
          <w:sz w:val="22"/>
          <w:szCs w:val="22"/>
          <w:lang w:val="nl-BE"/>
        </w:rPr>
      </w:pPr>
      <w:r w:rsidRPr="002922EA">
        <w:rPr>
          <w:rFonts w:ascii="Arial" w:hAnsi="Arial" w:cs="Arial"/>
          <w:sz w:val="22"/>
          <w:szCs w:val="22"/>
          <w:lang w:val="nl-BE"/>
        </w:rPr>
        <w:t>5. Betaling en dienstencheques</w:t>
      </w:r>
    </w:p>
    <w:p w14:paraId="67C295D7" w14:textId="277D5043" w:rsidR="00BF47CF" w:rsidRPr="002922EA" w:rsidRDefault="004726BA" w:rsidP="00DA6FC2">
      <w:pPr>
        <w:jc w:val="both"/>
        <w:rPr>
          <w:rFonts w:ascii="Arial" w:hAnsi="Arial" w:cs="Arial"/>
          <w:lang w:val="nl-BE"/>
        </w:rPr>
      </w:pPr>
      <w:r w:rsidRPr="002922EA">
        <w:rPr>
          <w:rFonts w:ascii="Arial" w:hAnsi="Arial" w:cs="Arial"/>
          <w:lang w:val="nl-BE"/>
        </w:rPr>
        <w:t>Per effectief gewerkt uur dient één</w:t>
      </w:r>
      <w:r w:rsidR="00B20E20" w:rsidRPr="002922EA">
        <w:rPr>
          <w:rFonts w:ascii="Arial" w:hAnsi="Arial" w:cs="Arial"/>
          <w:lang w:val="nl-BE"/>
        </w:rPr>
        <w:t xml:space="preserve"> elektronische</w:t>
      </w:r>
      <w:r w:rsidRPr="002922EA">
        <w:rPr>
          <w:rFonts w:ascii="Arial" w:hAnsi="Arial" w:cs="Arial"/>
          <w:lang w:val="nl-BE"/>
        </w:rPr>
        <w:t xml:space="preserve"> dienstencheque gevalideerd te worden.</w:t>
      </w:r>
      <w:r w:rsidR="00B20E20" w:rsidRPr="002922EA">
        <w:rPr>
          <w:rFonts w:ascii="Arial" w:hAnsi="Arial" w:cs="Arial"/>
          <w:lang w:val="nl-BE"/>
        </w:rPr>
        <w:t xml:space="preserve">  </w:t>
      </w:r>
    </w:p>
    <w:p w14:paraId="2EFB41EE" w14:textId="16186FB4" w:rsidR="00BF47CF" w:rsidRPr="002922EA" w:rsidRDefault="004726BA" w:rsidP="00DA6FC2">
      <w:pPr>
        <w:jc w:val="both"/>
        <w:rPr>
          <w:rFonts w:ascii="Arial" w:hAnsi="Arial" w:cs="Arial"/>
          <w:lang w:val="nl-BE"/>
        </w:rPr>
      </w:pPr>
      <w:r w:rsidRPr="002922EA">
        <w:rPr>
          <w:rFonts w:ascii="Arial" w:hAnsi="Arial" w:cs="Arial"/>
          <w:lang w:val="nl-BE"/>
        </w:rPr>
        <w:t xml:space="preserve">De klant is verantwoordelijk voor tijdige bestelling en beschikbaarheid van </w:t>
      </w:r>
      <w:proofErr w:type="spellStart"/>
      <w:r w:rsidRPr="002922EA">
        <w:rPr>
          <w:rFonts w:ascii="Arial" w:hAnsi="Arial" w:cs="Arial"/>
          <w:lang w:val="nl-BE"/>
        </w:rPr>
        <w:t>dienstencheques</w:t>
      </w:r>
      <w:proofErr w:type="spellEnd"/>
      <w:r w:rsidR="009D1028">
        <w:rPr>
          <w:rFonts w:ascii="Arial" w:hAnsi="Arial" w:cs="Arial"/>
          <w:lang w:val="nl-BE"/>
        </w:rPr>
        <w:t xml:space="preserve">.  </w:t>
      </w:r>
      <w:r w:rsidR="00F40C59" w:rsidRPr="002922EA">
        <w:rPr>
          <w:rFonts w:ascii="Arial" w:hAnsi="Arial" w:cs="Arial"/>
          <w:lang w:val="nl-BE"/>
        </w:rPr>
        <w:t xml:space="preserve">De dienst is niet verantwoordelijk voor </w:t>
      </w:r>
      <w:r w:rsidR="00A25EC9" w:rsidRPr="002922EA">
        <w:rPr>
          <w:rFonts w:ascii="Arial" w:hAnsi="Arial" w:cs="Arial"/>
          <w:lang w:val="nl-BE"/>
        </w:rPr>
        <w:t>het opvolgen van de geldigheidsduur van uw cheques.</w:t>
      </w:r>
    </w:p>
    <w:p w14:paraId="781D25B8" w14:textId="4CFB0E65" w:rsidR="00BF47CF" w:rsidRPr="002922EA" w:rsidRDefault="004726BA" w:rsidP="00DA6FC2">
      <w:pPr>
        <w:jc w:val="both"/>
        <w:rPr>
          <w:rFonts w:ascii="Arial" w:hAnsi="Arial" w:cs="Arial"/>
          <w:lang w:val="nl-BE"/>
        </w:rPr>
      </w:pPr>
      <w:r w:rsidRPr="002922EA">
        <w:rPr>
          <w:rFonts w:ascii="Arial" w:hAnsi="Arial" w:cs="Arial"/>
          <w:lang w:val="nl-BE"/>
        </w:rPr>
        <w:t>Onregelmatigheden in het gebruik (zoals geen cheques beschikbaar) kunnen leiden tot schorsing van de dienstverlening.</w:t>
      </w:r>
      <w:r w:rsidR="0004693A" w:rsidRPr="002922EA">
        <w:rPr>
          <w:rFonts w:ascii="Arial" w:hAnsi="Arial" w:cs="Arial"/>
          <w:lang w:val="nl-BE"/>
        </w:rPr>
        <w:t xml:space="preserve">  Na 3 onbetaalde poetsbeurten (=12 dienstencheques) </w:t>
      </w:r>
      <w:r w:rsidR="0004693A" w:rsidRPr="002922EA">
        <w:rPr>
          <w:rFonts w:ascii="Arial" w:hAnsi="Arial" w:cs="Arial"/>
          <w:lang w:val="nl-BE"/>
        </w:rPr>
        <w:lastRenderedPageBreak/>
        <w:t xml:space="preserve">wordt de </w:t>
      </w:r>
      <w:r w:rsidR="00890B08" w:rsidRPr="002922EA">
        <w:rPr>
          <w:rFonts w:ascii="Arial" w:hAnsi="Arial" w:cs="Arial"/>
          <w:lang w:val="nl-BE"/>
        </w:rPr>
        <w:t xml:space="preserve">dienstverlening geschorst tot het tekort is aangevuld. </w:t>
      </w:r>
      <w:r w:rsidR="00437F98" w:rsidRPr="002922EA">
        <w:rPr>
          <w:rFonts w:ascii="Arial" w:hAnsi="Arial" w:cs="Arial"/>
          <w:lang w:val="nl-BE"/>
        </w:rPr>
        <w:t>De verantwoordelijke van de poetsdienst zal u hiervan op de hoogte brengen.</w:t>
      </w:r>
      <w:r w:rsidR="00A77CE2" w:rsidRPr="002922EA">
        <w:rPr>
          <w:rFonts w:ascii="Arial" w:hAnsi="Arial" w:cs="Arial"/>
          <w:lang w:val="nl-BE"/>
        </w:rPr>
        <w:t xml:space="preserve">  Hou rekening met de geldigheidsdatum van de dienstencheques</w:t>
      </w:r>
      <w:r w:rsidR="00DC06F1" w:rsidRPr="002922EA">
        <w:rPr>
          <w:rFonts w:ascii="Arial" w:hAnsi="Arial" w:cs="Arial"/>
          <w:lang w:val="nl-BE"/>
        </w:rPr>
        <w:t>, deze moet gerespecteerd worden</w:t>
      </w:r>
      <w:r w:rsidR="00A77CE2" w:rsidRPr="002922EA">
        <w:rPr>
          <w:rFonts w:ascii="Arial" w:hAnsi="Arial" w:cs="Arial"/>
          <w:lang w:val="nl-BE"/>
        </w:rPr>
        <w:t xml:space="preserve">.  </w:t>
      </w:r>
    </w:p>
    <w:p w14:paraId="00465211" w14:textId="300FC52F" w:rsidR="00DA01AA" w:rsidRPr="002922EA" w:rsidRDefault="00DA01AA" w:rsidP="00DA6FC2">
      <w:pPr>
        <w:jc w:val="both"/>
        <w:rPr>
          <w:rFonts w:ascii="Arial" w:hAnsi="Arial" w:cs="Arial"/>
          <w:lang w:val="nl-BE"/>
        </w:rPr>
      </w:pPr>
      <w:r w:rsidRPr="002922EA">
        <w:rPr>
          <w:rFonts w:ascii="Arial" w:hAnsi="Arial" w:cs="Arial"/>
          <w:lang w:val="nl-BE"/>
        </w:rPr>
        <w:t xml:space="preserve">Per </w:t>
      </w:r>
      <w:r w:rsidR="00204122" w:rsidRPr="002922EA">
        <w:rPr>
          <w:rFonts w:ascii="Arial" w:hAnsi="Arial" w:cs="Arial"/>
          <w:lang w:val="nl-BE"/>
        </w:rPr>
        <w:t>kalender</w:t>
      </w:r>
      <w:r w:rsidRPr="002922EA">
        <w:rPr>
          <w:rFonts w:ascii="Arial" w:hAnsi="Arial" w:cs="Arial"/>
          <w:lang w:val="nl-BE"/>
        </w:rPr>
        <w:t xml:space="preserve">jaar </w:t>
      </w:r>
      <w:r w:rsidR="00204122" w:rsidRPr="002922EA">
        <w:rPr>
          <w:rFonts w:ascii="Arial" w:hAnsi="Arial" w:cs="Arial"/>
          <w:lang w:val="nl-BE"/>
        </w:rPr>
        <w:t>wordt</w:t>
      </w:r>
      <w:r w:rsidRPr="002922EA">
        <w:rPr>
          <w:rFonts w:ascii="Arial" w:hAnsi="Arial" w:cs="Arial"/>
          <w:lang w:val="nl-BE"/>
        </w:rPr>
        <w:t xml:space="preserve"> een bedrag van administratieve kost </w:t>
      </w:r>
      <w:r w:rsidR="00204122" w:rsidRPr="002922EA">
        <w:rPr>
          <w:rFonts w:ascii="Arial" w:hAnsi="Arial" w:cs="Arial"/>
          <w:lang w:val="nl-BE"/>
        </w:rPr>
        <w:t>aangerekend.  U kan meer info vinden hierover in het reglement voor de administratieve kost</w:t>
      </w:r>
      <w:r w:rsidR="00DC06F1" w:rsidRPr="002922EA">
        <w:rPr>
          <w:rFonts w:ascii="Arial" w:hAnsi="Arial" w:cs="Arial"/>
          <w:lang w:val="nl-BE"/>
        </w:rPr>
        <w:t xml:space="preserve"> in bijlage</w:t>
      </w:r>
      <w:r w:rsidR="00204122" w:rsidRPr="002922EA">
        <w:rPr>
          <w:rFonts w:ascii="Arial" w:hAnsi="Arial" w:cs="Arial"/>
          <w:lang w:val="nl-BE"/>
        </w:rPr>
        <w:t xml:space="preserve">.  </w:t>
      </w:r>
    </w:p>
    <w:p w14:paraId="113CF104" w14:textId="77777777" w:rsidR="00BF47CF" w:rsidRPr="002922EA" w:rsidRDefault="004726BA">
      <w:pPr>
        <w:pStyle w:val="Kop2"/>
        <w:rPr>
          <w:rFonts w:ascii="Arial" w:hAnsi="Arial" w:cs="Arial"/>
          <w:sz w:val="22"/>
          <w:szCs w:val="22"/>
          <w:lang w:val="nl-BE"/>
        </w:rPr>
      </w:pPr>
      <w:r w:rsidRPr="002922EA">
        <w:rPr>
          <w:rFonts w:ascii="Arial" w:hAnsi="Arial" w:cs="Arial"/>
          <w:sz w:val="22"/>
          <w:szCs w:val="22"/>
          <w:lang w:val="nl-BE"/>
        </w:rPr>
        <w:t>6. Verantwoordelijkheden van de klant</w:t>
      </w:r>
    </w:p>
    <w:p w14:paraId="69F6F2F4" w14:textId="30688224" w:rsidR="00BF47CF" w:rsidRPr="002922EA" w:rsidRDefault="004726BA" w:rsidP="00B50C71">
      <w:pPr>
        <w:jc w:val="both"/>
        <w:rPr>
          <w:rFonts w:ascii="Arial" w:hAnsi="Arial" w:cs="Arial"/>
          <w:lang w:val="nl-BE"/>
        </w:rPr>
      </w:pPr>
      <w:r w:rsidRPr="002922EA">
        <w:rPr>
          <w:rFonts w:ascii="Arial" w:hAnsi="Arial" w:cs="Arial"/>
          <w:lang w:val="nl-BE"/>
        </w:rPr>
        <w:t>De klant voorziet het nodige werkmateriaal en veilige werkomstandigheden.</w:t>
      </w:r>
      <w:r w:rsidR="0076259B" w:rsidRPr="002922EA">
        <w:rPr>
          <w:rFonts w:ascii="Arial" w:hAnsi="Arial" w:cs="Arial"/>
          <w:lang w:val="nl-BE"/>
        </w:rPr>
        <w:t xml:space="preserve">  De veiligheid van onze poetsdame primeert</w:t>
      </w:r>
      <w:r w:rsidR="002967D7" w:rsidRPr="002922EA">
        <w:rPr>
          <w:rFonts w:ascii="Arial" w:hAnsi="Arial" w:cs="Arial"/>
          <w:lang w:val="nl-BE"/>
        </w:rPr>
        <w:t>, we vragen dan ook aandacht voor dit materiaal en de werkomstandigheden waarin de poetsdame langskomt.</w:t>
      </w:r>
    </w:p>
    <w:p w14:paraId="34AE9A77" w14:textId="77777777" w:rsidR="0074777A" w:rsidRPr="002922EA" w:rsidRDefault="0074777A" w:rsidP="00B50C71">
      <w:pPr>
        <w:spacing w:after="0" w:line="240" w:lineRule="auto"/>
        <w:jc w:val="both"/>
        <w:rPr>
          <w:rFonts w:ascii="Arial" w:hAnsi="Arial" w:cs="Arial"/>
          <w:lang w:val="nl-BE"/>
        </w:rPr>
      </w:pPr>
      <w:r w:rsidRPr="002922EA">
        <w:rPr>
          <w:rFonts w:ascii="Arial" w:hAnsi="Arial" w:cs="Arial"/>
          <w:lang w:val="nl-BE"/>
        </w:rPr>
        <w:t>U verbindt er zich toe de poetsvrouw niet alleen te laten in uw woning; als dit toch zou gebeuren dan is dat op uw verantwoordelijkheid en dient u de verantwoordelijke te verwittigen.</w:t>
      </w:r>
    </w:p>
    <w:p w14:paraId="2A6E6E63" w14:textId="77777777" w:rsidR="002922EA" w:rsidRDefault="002922EA" w:rsidP="00280C94">
      <w:pPr>
        <w:rPr>
          <w:rFonts w:ascii="Arial" w:hAnsi="Arial" w:cs="Arial"/>
          <w:lang w:val="nl-BE"/>
        </w:rPr>
      </w:pPr>
    </w:p>
    <w:p w14:paraId="486E74DF" w14:textId="402D71AA" w:rsidR="00280C94" w:rsidRPr="002922EA" w:rsidRDefault="00280C94" w:rsidP="00280C94">
      <w:pPr>
        <w:rPr>
          <w:rFonts w:ascii="Arial" w:hAnsi="Arial" w:cs="Arial"/>
          <w:lang w:val="nl-BE"/>
        </w:rPr>
      </w:pPr>
      <w:r w:rsidRPr="002922EA">
        <w:rPr>
          <w:rFonts w:ascii="Arial" w:hAnsi="Arial" w:cs="Arial"/>
          <w:lang w:val="nl-BE"/>
        </w:rPr>
        <w:t>Materialen worden ter beschikking gesteld door de klant:</w:t>
      </w:r>
    </w:p>
    <w:p w14:paraId="1AEABF29" w14:textId="0E330D5F" w:rsidR="004370B9" w:rsidRPr="002922EA" w:rsidRDefault="004370B9" w:rsidP="00280C94">
      <w:pPr>
        <w:pStyle w:val="Lijstalinea"/>
        <w:numPr>
          <w:ilvl w:val="0"/>
          <w:numId w:val="10"/>
        </w:numPr>
        <w:rPr>
          <w:rFonts w:ascii="Arial" w:hAnsi="Arial" w:cs="Arial"/>
          <w:lang w:val="nl-BE"/>
        </w:rPr>
      </w:pPr>
      <w:r w:rsidRPr="002922EA">
        <w:rPr>
          <w:rFonts w:ascii="Arial" w:hAnsi="Arial" w:cs="Arial"/>
          <w:lang w:val="nl-BE"/>
        </w:rPr>
        <w:t xml:space="preserve">2 </w:t>
      </w:r>
      <w:proofErr w:type="spellStart"/>
      <w:r w:rsidRPr="002922EA">
        <w:rPr>
          <w:rFonts w:ascii="Arial" w:hAnsi="Arial" w:cs="Arial"/>
          <w:lang w:val="nl-BE"/>
        </w:rPr>
        <w:t>microvezeldweils</w:t>
      </w:r>
      <w:proofErr w:type="spellEnd"/>
      <w:r w:rsidRPr="002922EA">
        <w:rPr>
          <w:rFonts w:ascii="Arial" w:hAnsi="Arial" w:cs="Arial"/>
          <w:lang w:val="nl-BE"/>
        </w:rPr>
        <w:t>;</w:t>
      </w:r>
    </w:p>
    <w:p w14:paraId="30AD6E5D" w14:textId="6CF10D7D" w:rsidR="004370B9" w:rsidRPr="002922EA" w:rsidRDefault="004370B9" w:rsidP="004370B9">
      <w:pPr>
        <w:pStyle w:val="Lijstalinea"/>
        <w:numPr>
          <w:ilvl w:val="0"/>
          <w:numId w:val="10"/>
        </w:numPr>
        <w:rPr>
          <w:rFonts w:ascii="Arial" w:hAnsi="Arial" w:cs="Arial"/>
          <w:lang w:val="nl-BE"/>
        </w:rPr>
      </w:pPr>
      <w:r w:rsidRPr="002922EA">
        <w:rPr>
          <w:rFonts w:ascii="Arial" w:hAnsi="Arial" w:cs="Arial"/>
          <w:lang w:val="nl-BE"/>
        </w:rPr>
        <w:t xml:space="preserve">2 emmers; </w:t>
      </w:r>
    </w:p>
    <w:p w14:paraId="5DC822AD" w14:textId="64144A8A" w:rsidR="004370B9" w:rsidRPr="002922EA" w:rsidRDefault="004370B9" w:rsidP="004370B9">
      <w:pPr>
        <w:pStyle w:val="Lijstalinea"/>
        <w:numPr>
          <w:ilvl w:val="0"/>
          <w:numId w:val="10"/>
        </w:numPr>
        <w:rPr>
          <w:rFonts w:ascii="Arial" w:hAnsi="Arial" w:cs="Arial"/>
          <w:lang w:val="nl-BE"/>
        </w:rPr>
      </w:pPr>
      <w:r w:rsidRPr="002922EA">
        <w:rPr>
          <w:rFonts w:ascii="Arial" w:hAnsi="Arial" w:cs="Arial"/>
          <w:lang w:val="nl-BE"/>
        </w:rPr>
        <w:t>Trekker voor de vloer en trekkertje voor de ramen;</w:t>
      </w:r>
    </w:p>
    <w:p w14:paraId="0B2A4744" w14:textId="31CFAB91" w:rsidR="004370B9" w:rsidRPr="002922EA" w:rsidRDefault="004370B9" w:rsidP="004370B9">
      <w:pPr>
        <w:pStyle w:val="Lijstalinea"/>
        <w:numPr>
          <w:ilvl w:val="0"/>
          <w:numId w:val="10"/>
        </w:numPr>
        <w:rPr>
          <w:rFonts w:ascii="Arial" w:hAnsi="Arial" w:cs="Arial"/>
          <w:lang w:val="nl-BE"/>
        </w:rPr>
      </w:pPr>
      <w:r w:rsidRPr="002922EA">
        <w:rPr>
          <w:rFonts w:ascii="Arial" w:hAnsi="Arial" w:cs="Arial"/>
          <w:lang w:val="nl-BE"/>
        </w:rPr>
        <w:t>2 zeemvellen;</w:t>
      </w:r>
    </w:p>
    <w:p w14:paraId="192E7510" w14:textId="219E0D4A" w:rsidR="004370B9" w:rsidRPr="002922EA" w:rsidRDefault="004370B9" w:rsidP="004370B9">
      <w:pPr>
        <w:pStyle w:val="Lijstalinea"/>
        <w:numPr>
          <w:ilvl w:val="0"/>
          <w:numId w:val="10"/>
        </w:numPr>
        <w:rPr>
          <w:rFonts w:ascii="Arial" w:hAnsi="Arial" w:cs="Arial"/>
          <w:lang w:val="nl-BE"/>
        </w:rPr>
      </w:pPr>
      <w:r w:rsidRPr="002922EA">
        <w:rPr>
          <w:rFonts w:ascii="Arial" w:hAnsi="Arial" w:cs="Arial"/>
          <w:lang w:val="nl-BE"/>
        </w:rPr>
        <w:t>1 stofdoek;</w:t>
      </w:r>
    </w:p>
    <w:p w14:paraId="46E9FE5D" w14:textId="68A39364" w:rsidR="004370B9" w:rsidRPr="002922EA" w:rsidRDefault="004370B9" w:rsidP="004370B9">
      <w:pPr>
        <w:pStyle w:val="Lijstalinea"/>
        <w:numPr>
          <w:ilvl w:val="0"/>
          <w:numId w:val="10"/>
        </w:numPr>
        <w:rPr>
          <w:rFonts w:ascii="Arial" w:hAnsi="Arial" w:cs="Arial"/>
          <w:lang w:val="nl-BE"/>
        </w:rPr>
      </w:pPr>
      <w:r w:rsidRPr="002922EA">
        <w:rPr>
          <w:rFonts w:ascii="Arial" w:hAnsi="Arial" w:cs="Arial"/>
          <w:lang w:val="nl-BE"/>
        </w:rPr>
        <w:t>1 stofzuiger;</w:t>
      </w:r>
    </w:p>
    <w:p w14:paraId="347E0C05" w14:textId="44F289C0" w:rsidR="004370B9" w:rsidRPr="002922EA" w:rsidRDefault="004370B9" w:rsidP="004370B9">
      <w:pPr>
        <w:pStyle w:val="Lijstalinea"/>
        <w:numPr>
          <w:ilvl w:val="0"/>
          <w:numId w:val="10"/>
        </w:numPr>
        <w:rPr>
          <w:rFonts w:ascii="Arial" w:hAnsi="Arial" w:cs="Arial"/>
          <w:lang w:val="nl-BE"/>
        </w:rPr>
      </w:pPr>
      <w:r w:rsidRPr="002922EA">
        <w:rPr>
          <w:rFonts w:ascii="Arial" w:hAnsi="Arial" w:cs="Arial"/>
          <w:lang w:val="nl-BE"/>
        </w:rPr>
        <w:t xml:space="preserve">1 </w:t>
      </w:r>
      <w:proofErr w:type="spellStart"/>
      <w:r w:rsidRPr="002922EA">
        <w:rPr>
          <w:rFonts w:ascii="Arial" w:hAnsi="Arial" w:cs="Arial"/>
          <w:lang w:val="nl-BE"/>
        </w:rPr>
        <w:t>WC-borstel</w:t>
      </w:r>
      <w:proofErr w:type="spellEnd"/>
      <w:r w:rsidRPr="002922EA">
        <w:rPr>
          <w:rFonts w:ascii="Arial" w:hAnsi="Arial" w:cs="Arial"/>
          <w:lang w:val="nl-BE"/>
        </w:rPr>
        <w:t>;</w:t>
      </w:r>
    </w:p>
    <w:p w14:paraId="0F6BE6A9" w14:textId="6171B2F3" w:rsidR="004370B9" w:rsidRPr="002922EA" w:rsidRDefault="004370B9" w:rsidP="004370B9">
      <w:pPr>
        <w:pStyle w:val="Lijstalinea"/>
        <w:numPr>
          <w:ilvl w:val="0"/>
          <w:numId w:val="10"/>
        </w:numPr>
        <w:rPr>
          <w:rFonts w:ascii="Arial" w:hAnsi="Arial" w:cs="Arial"/>
          <w:lang w:val="nl-BE"/>
        </w:rPr>
      </w:pPr>
      <w:r w:rsidRPr="002922EA">
        <w:rPr>
          <w:rFonts w:ascii="Arial" w:hAnsi="Arial" w:cs="Arial"/>
          <w:lang w:val="nl-BE"/>
        </w:rPr>
        <w:t>1 veegborstel;</w:t>
      </w:r>
    </w:p>
    <w:p w14:paraId="0E4A74BA" w14:textId="7B85ED77" w:rsidR="004370B9" w:rsidRPr="002922EA" w:rsidRDefault="004370B9" w:rsidP="004370B9">
      <w:pPr>
        <w:pStyle w:val="Lijstalinea"/>
        <w:numPr>
          <w:ilvl w:val="0"/>
          <w:numId w:val="10"/>
        </w:numPr>
        <w:rPr>
          <w:rFonts w:ascii="Arial" w:hAnsi="Arial" w:cs="Arial"/>
          <w:lang w:val="nl-BE"/>
        </w:rPr>
      </w:pPr>
      <w:r w:rsidRPr="002922EA">
        <w:rPr>
          <w:rFonts w:ascii="Arial" w:hAnsi="Arial" w:cs="Arial"/>
          <w:lang w:val="nl-BE"/>
        </w:rPr>
        <w:t>1 ragebol;</w:t>
      </w:r>
    </w:p>
    <w:p w14:paraId="3967DA8D" w14:textId="4ED03095" w:rsidR="004370B9" w:rsidRPr="002922EA" w:rsidRDefault="004370B9" w:rsidP="004370B9">
      <w:pPr>
        <w:pStyle w:val="Lijstalinea"/>
        <w:numPr>
          <w:ilvl w:val="0"/>
          <w:numId w:val="10"/>
        </w:numPr>
        <w:rPr>
          <w:rFonts w:ascii="Arial" w:hAnsi="Arial" w:cs="Arial"/>
          <w:lang w:val="nl-BE"/>
        </w:rPr>
      </w:pPr>
      <w:r w:rsidRPr="002922EA">
        <w:rPr>
          <w:rFonts w:ascii="Arial" w:hAnsi="Arial" w:cs="Arial"/>
          <w:lang w:val="nl-BE"/>
        </w:rPr>
        <w:t>1 stabiele en stevige trapladder met minimum 3 treden;</w:t>
      </w:r>
    </w:p>
    <w:p w14:paraId="16AF2C32" w14:textId="1A6DFE3A" w:rsidR="004370B9" w:rsidRPr="002922EA" w:rsidRDefault="004370B9" w:rsidP="004370B9">
      <w:pPr>
        <w:pStyle w:val="Lijstalinea"/>
        <w:numPr>
          <w:ilvl w:val="0"/>
          <w:numId w:val="10"/>
        </w:numPr>
        <w:rPr>
          <w:rFonts w:ascii="Arial" w:hAnsi="Arial" w:cs="Arial"/>
          <w:lang w:val="nl-BE"/>
        </w:rPr>
      </w:pPr>
      <w:r w:rsidRPr="002922EA">
        <w:rPr>
          <w:rFonts w:ascii="Arial" w:hAnsi="Arial" w:cs="Arial"/>
          <w:lang w:val="nl-BE"/>
        </w:rPr>
        <w:t>Allesreiniger, vloerzeep, WC-reiniger.</w:t>
      </w:r>
    </w:p>
    <w:p w14:paraId="41D365F0" w14:textId="4B610819" w:rsidR="00BF47CF" w:rsidRPr="002922EA" w:rsidRDefault="004726BA" w:rsidP="004A5E84">
      <w:pPr>
        <w:jc w:val="both"/>
        <w:rPr>
          <w:rFonts w:ascii="Arial" w:hAnsi="Arial" w:cs="Arial"/>
          <w:lang w:val="nl-BE"/>
        </w:rPr>
      </w:pPr>
      <w:r w:rsidRPr="002922EA">
        <w:rPr>
          <w:rFonts w:ascii="Arial" w:hAnsi="Arial" w:cs="Arial"/>
          <w:lang w:val="nl-BE"/>
        </w:rPr>
        <w:t>Het poetsmateriaal moet in goede staat verkeren</w:t>
      </w:r>
      <w:r w:rsidR="0034203C" w:rsidRPr="002922EA">
        <w:rPr>
          <w:rFonts w:ascii="Arial" w:hAnsi="Arial" w:cs="Arial"/>
          <w:lang w:val="nl-BE"/>
        </w:rPr>
        <w:t>, en ergonomisch zijn</w:t>
      </w:r>
      <w:r w:rsidRPr="002922EA">
        <w:rPr>
          <w:rFonts w:ascii="Arial" w:hAnsi="Arial" w:cs="Arial"/>
          <w:lang w:val="nl-BE"/>
        </w:rPr>
        <w:t>.</w:t>
      </w:r>
    </w:p>
    <w:p w14:paraId="17D21551" w14:textId="28B616F6" w:rsidR="004370B9" w:rsidRPr="002922EA" w:rsidRDefault="004370B9" w:rsidP="004A5E84">
      <w:pPr>
        <w:jc w:val="both"/>
        <w:rPr>
          <w:rFonts w:ascii="Arial" w:hAnsi="Arial" w:cs="Arial"/>
          <w:lang w:val="nl-BE"/>
        </w:rPr>
      </w:pPr>
      <w:r w:rsidRPr="002922EA">
        <w:rPr>
          <w:rFonts w:ascii="Arial" w:hAnsi="Arial" w:cs="Arial"/>
          <w:lang w:val="nl-BE"/>
        </w:rPr>
        <w:t xml:space="preserve">Tijdens de wintermaanden vragen we om </w:t>
      </w:r>
      <w:r w:rsidR="00B21DE5" w:rsidRPr="002922EA">
        <w:rPr>
          <w:rFonts w:ascii="Arial" w:hAnsi="Arial" w:cs="Arial"/>
          <w:lang w:val="nl-BE"/>
        </w:rPr>
        <w:t>warm water ter beschikking te stellen en de te verwarmen.</w:t>
      </w:r>
    </w:p>
    <w:p w14:paraId="7E9ED560" w14:textId="7DE7CACD" w:rsidR="00B21DE5" w:rsidRPr="002922EA" w:rsidRDefault="00B21DE5" w:rsidP="004A5E84">
      <w:pPr>
        <w:jc w:val="both"/>
        <w:rPr>
          <w:rFonts w:ascii="Arial" w:hAnsi="Arial" w:cs="Arial"/>
          <w:lang w:val="nl-BE"/>
        </w:rPr>
      </w:pPr>
      <w:r w:rsidRPr="002922EA">
        <w:rPr>
          <w:rFonts w:ascii="Arial" w:hAnsi="Arial" w:cs="Arial"/>
          <w:lang w:val="nl-BE"/>
        </w:rPr>
        <w:t>Bij regen- en vriesweer mogen geen buitenwerken uitgevoerd worden.</w:t>
      </w:r>
    </w:p>
    <w:p w14:paraId="65FA8638" w14:textId="77777777" w:rsidR="00BF47CF" w:rsidRPr="002922EA" w:rsidRDefault="004726BA" w:rsidP="004A5E84">
      <w:pPr>
        <w:jc w:val="both"/>
        <w:rPr>
          <w:rFonts w:ascii="Arial" w:hAnsi="Arial" w:cs="Arial"/>
          <w:lang w:val="nl-BE"/>
        </w:rPr>
      </w:pPr>
      <w:r w:rsidRPr="002922EA">
        <w:rPr>
          <w:rFonts w:ascii="Arial" w:hAnsi="Arial" w:cs="Arial"/>
          <w:lang w:val="nl-BE"/>
        </w:rPr>
        <w:t>De klant respecteert de privacy, waardigheid en veiligheid van de poetshulp.</w:t>
      </w:r>
    </w:p>
    <w:p w14:paraId="56FC10F9" w14:textId="7E587DAA" w:rsidR="00BF47CF" w:rsidRPr="002922EA" w:rsidRDefault="004726BA" w:rsidP="004A5E84">
      <w:pPr>
        <w:jc w:val="both"/>
        <w:rPr>
          <w:rFonts w:ascii="Arial" w:hAnsi="Arial" w:cs="Arial"/>
          <w:lang w:val="nl-BE"/>
        </w:rPr>
      </w:pPr>
      <w:r w:rsidRPr="002922EA">
        <w:rPr>
          <w:rFonts w:ascii="Arial" w:hAnsi="Arial" w:cs="Arial"/>
          <w:lang w:val="nl-BE"/>
        </w:rPr>
        <w:t xml:space="preserve">Agressie, intimidatie of grensoverschrijdend gedrag wordt niet getolereerd en </w:t>
      </w:r>
      <w:r w:rsidR="00390ED7" w:rsidRPr="002922EA">
        <w:rPr>
          <w:rFonts w:ascii="Arial" w:hAnsi="Arial" w:cs="Arial"/>
          <w:lang w:val="nl-BE"/>
        </w:rPr>
        <w:t xml:space="preserve">kan </w:t>
      </w:r>
      <w:r w:rsidRPr="002922EA">
        <w:rPr>
          <w:rFonts w:ascii="Arial" w:hAnsi="Arial" w:cs="Arial"/>
          <w:lang w:val="nl-BE"/>
        </w:rPr>
        <w:t>leid</w:t>
      </w:r>
      <w:r w:rsidR="00390ED7" w:rsidRPr="002922EA">
        <w:rPr>
          <w:rFonts w:ascii="Arial" w:hAnsi="Arial" w:cs="Arial"/>
          <w:lang w:val="nl-BE"/>
        </w:rPr>
        <w:t>en</w:t>
      </w:r>
      <w:r w:rsidRPr="002922EA">
        <w:rPr>
          <w:rFonts w:ascii="Arial" w:hAnsi="Arial" w:cs="Arial"/>
          <w:lang w:val="nl-BE"/>
        </w:rPr>
        <w:t xml:space="preserve"> tot onmiddellijke stopzetting van de samenwerking.</w:t>
      </w:r>
    </w:p>
    <w:p w14:paraId="1F23F940" w14:textId="77777777" w:rsidR="00BF47CF" w:rsidRPr="002922EA" w:rsidRDefault="004726BA">
      <w:pPr>
        <w:pStyle w:val="Kop2"/>
        <w:rPr>
          <w:rFonts w:ascii="Arial" w:hAnsi="Arial" w:cs="Arial"/>
          <w:sz w:val="22"/>
          <w:szCs w:val="22"/>
          <w:lang w:val="nl-BE"/>
        </w:rPr>
      </w:pPr>
      <w:r w:rsidRPr="002922EA">
        <w:rPr>
          <w:rFonts w:ascii="Arial" w:hAnsi="Arial" w:cs="Arial"/>
          <w:sz w:val="22"/>
          <w:szCs w:val="22"/>
          <w:lang w:val="nl-BE"/>
        </w:rPr>
        <w:t>7. Verantwoordelijkheden van het Sociaal Huis</w:t>
      </w:r>
    </w:p>
    <w:p w14:paraId="4BAB8D17" w14:textId="202AAD67" w:rsidR="005B0B66" w:rsidRPr="002922EA" w:rsidRDefault="005B0B66">
      <w:pPr>
        <w:rPr>
          <w:rFonts w:ascii="Arial" w:hAnsi="Arial" w:cs="Arial"/>
          <w:lang w:val="nl-BE"/>
        </w:rPr>
      </w:pPr>
      <w:r w:rsidRPr="002922EA">
        <w:rPr>
          <w:rFonts w:ascii="Arial" w:hAnsi="Arial" w:cs="Arial"/>
          <w:lang w:val="nl-BE"/>
        </w:rPr>
        <w:t xml:space="preserve">Naast het opvolging van de dagdagelijkse planning, </w:t>
      </w:r>
      <w:r w:rsidR="00051D31" w:rsidRPr="002922EA">
        <w:rPr>
          <w:rFonts w:ascii="Arial" w:hAnsi="Arial" w:cs="Arial"/>
          <w:lang w:val="nl-BE"/>
        </w:rPr>
        <w:t xml:space="preserve">zorgt </w:t>
      </w:r>
      <w:r w:rsidR="00931343" w:rsidRPr="002922EA">
        <w:rPr>
          <w:rFonts w:ascii="Arial" w:hAnsi="Arial" w:cs="Arial"/>
          <w:lang w:val="nl-BE"/>
        </w:rPr>
        <w:t>het Sociaal Huis voor:</w:t>
      </w:r>
    </w:p>
    <w:p w14:paraId="421DC918" w14:textId="20C90C6F" w:rsidR="00BF47CF" w:rsidRPr="002922EA" w:rsidRDefault="004726BA" w:rsidP="00931343">
      <w:pPr>
        <w:pStyle w:val="Lijstalinea"/>
        <w:numPr>
          <w:ilvl w:val="0"/>
          <w:numId w:val="10"/>
        </w:numPr>
        <w:rPr>
          <w:rFonts w:ascii="Arial" w:hAnsi="Arial" w:cs="Arial"/>
          <w:lang w:val="nl-BE"/>
        </w:rPr>
      </w:pPr>
      <w:r w:rsidRPr="002922EA">
        <w:rPr>
          <w:rFonts w:ascii="Arial" w:hAnsi="Arial" w:cs="Arial"/>
          <w:lang w:val="nl-BE"/>
        </w:rPr>
        <w:t>Selectie en begeleiding van de poetshulpen</w:t>
      </w:r>
    </w:p>
    <w:p w14:paraId="0BB86414" w14:textId="63732A09" w:rsidR="00BF47CF" w:rsidRPr="002922EA" w:rsidRDefault="004726BA" w:rsidP="00931343">
      <w:pPr>
        <w:pStyle w:val="Lijstalinea"/>
        <w:numPr>
          <w:ilvl w:val="0"/>
          <w:numId w:val="10"/>
        </w:numPr>
        <w:rPr>
          <w:rFonts w:ascii="Arial" w:hAnsi="Arial" w:cs="Arial"/>
          <w:lang w:val="nl-BE"/>
        </w:rPr>
      </w:pPr>
      <w:r w:rsidRPr="002922EA">
        <w:rPr>
          <w:rFonts w:ascii="Arial" w:hAnsi="Arial" w:cs="Arial"/>
          <w:lang w:val="nl-BE"/>
        </w:rPr>
        <w:t>Tussenkomst bij problemen of klachten</w:t>
      </w:r>
    </w:p>
    <w:p w14:paraId="3BE41C3F" w14:textId="6950EDD7" w:rsidR="00BF47CF" w:rsidRPr="002922EA" w:rsidRDefault="00931343" w:rsidP="00931343">
      <w:pPr>
        <w:ind w:firstLine="360"/>
        <w:rPr>
          <w:rFonts w:ascii="Arial" w:hAnsi="Arial" w:cs="Arial"/>
          <w:lang w:val="nl-BE"/>
        </w:rPr>
      </w:pPr>
      <w:r w:rsidRPr="002922EA">
        <w:rPr>
          <w:rFonts w:ascii="Arial" w:hAnsi="Arial" w:cs="Arial"/>
          <w:lang w:val="nl-BE"/>
        </w:rPr>
        <w:lastRenderedPageBreak/>
        <w:t xml:space="preserve">- </w:t>
      </w:r>
      <w:r w:rsidR="004726BA" w:rsidRPr="002922EA">
        <w:rPr>
          <w:rFonts w:ascii="Arial" w:hAnsi="Arial" w:cs="Arial"/>
          <w:lang w:val="nl-BE"/>
        </w:rPr>
        <w:t>Controle op de naleving van het reglement</w:t>
      </w:r>
    </w:p>
    <w:p w14:paraId="391C7394" w14:textId="77777777" w:rsidR="00BF47CF" w:rsidRPr="002922EA" w:rsidRDefault="004726BA">
      <w:pPr>
        <w:pStyle w:val="Kop2"/>
        <w:rPr>
          <w:rFonts w:ascii="Arial" w:hAnsi="Arial" w:cs="Arial"/>
          <w:sz w:val="22"/>
          <w:szCs w:val="22"/>
          <w:lang w:val="nl-BE"/>
        </w:rPr>
      </w:pPr>
      <w:r w:rsidRPr="002922EA">
        <w:rPr>
          <w:rFonts w:ascii="Arial" w:hAnsi="Arial" w:cs="Arial"/>
          <w:sz w:val="22"/>
          <w:szCs w:val="22"/>
          <w:lang w:val="nl-BE"/>
        </w:rPr>
        <w:t>8. Verzekering en aansprakelijkheid</w:t>
      </w:r>
    </w:p>
    <w:p w14:paraId="30B68BC9" w14:textId="77777777" w:rsidR="008B4660" w:rsidRPr="002922EA" w:rsidRDefault="004726BA" w:rsidP="001D0F09">
      <w:pPr>
        <w:jc w:val="both"/>
        <w:rPr>
          <w:rFonts w:ascii="Arial" w:hAnsi="Arial" w:cs="Arial"/>
          <w:lang w:val="nl-BE"/>
        </w:rPr>
      </w:pPr>
      <w:r w:rsidRPr="002922EA">
        <w:rPr>
          <w:rFonts w:ascii="Arial" w:hAnsi="Arial" w:cs="Arial"/>
          <w:lang w:val="nl-BE"/>
        </w:rPr>
        <w:t>De poetshulp is verzekerd voor arbeidsongevallen via de erkende onderneming.</w:t>
      </w:r>
      <w:r w:rsidR="008B4660" w:rsidRPr="002922EA">
        <w:rPr>
          <w:rFonts w:ascii="Arial" w:hAnsi="Arial" w:cs="Arial"/>
          <w:lang w:val="nl-BE"/>
        </w:rPr>
        <w:t xml:space="preserve">  </w:t>
      </w:r>
    </w:p>
    <w:p w14:paraId="500DB781" w14:textId="7F06534C" w:rsidR="00BF47CF" w:rsidRPr="002922EA" w:rsidRDefault="004726BA" w:rsidP="001D0F09">
      <w:pPr>
        <w:jc w:val="both"/>
        <w:rPr>
          <w:rFonts w:ascii="Arial" w:hAnsi="Arial" w:cs="Arial"/>
          <w:lang w:val="nl-BE"/>
        </w:rPr>
      </w:pPr>
      <w:r w:rsidRPr="002922EA">
        <w:rPr>
          <w:rFonts w:ascii="Arial" w:hAnsi="Arial" w:cs="Arial"/>
          <w:lang w:val="nl-BE"/>
        </w:rPr>
        <w:t>Schade aan goederen wordt enkel vergoed indien aantoonbaar veroorzaakt door fout van de poetshulp.</w:t>
      </w:r>
      <w:r w:rsidR="00DA085B" w:rsidRPr="002922EA">
        <w:rPr>
          <w:rFonts w:ascii="Arial" w:hAnsi="Arial" w:cs="Arial"/>
          <w:lang w:val="nl-BE"/>
        </w:rPr>
        <w:t xml:space="preserve">  </w:t>
      </w:r>
      <w:r w:rsidR="000625C0" w:rsidRPr="002922EA">
        <w:rPr>
          <w:rFonts w:ascii="Arial" w:hAnsi="Arial" w:cs="Arial"/>
          <w:lang w:val="nl-BE"/>
        </w:rPr>
        <w:t>Verwittig meteen de dienst bij schade.</w:t>
      </w:r>
    </w:p>
    <w:p w14:paraId="3945B4B8" w14:textId="77777777" w:rsidR="00BF47CF" w:rsidRPr="002922EA" w:rsidRDefault="004726BA" w:rsidP="001D0F09">
      <w:pPr>
        <w:jc w:val="both"/>
        <w:rPr>
          <w:rFonts w:ascii="Arial" w:hAnsi="Arial" w:cs="Arial"/>
          <w:lang w:val="nl-BE"/>
        </w:rPr>
      </w:pPr>
      <w:r w:rsidRPr="002922EA">
        <w:rPr>
          <w:rFonts w:ascii="Arial" w:hAnsi="Arial" w:cs="Arial"/>
          <w:lang w:val="nl-BE"/>
        </w:rPr>
        <w:t>De klant dient zijn familiale verzekering in orde te hebben.</w:t>
      </w:r>
    </w:p>
    <w:p w14:paraId="4232BD0D" w14:textId="77777777" w:rsidR="00BF47CF" w:rsidRPr="002922EA" w:rsidRDefault="004726BA">
      <w:pPr>
        <w:pStyle w:val="Kop2"/>
        <w:rPr>
          <w:rFonts w:ascii="Arial" w:hAnsi="Arial" w:cs="Arial"/>
          <w:sz w:val="22"/>
          <w:szCs w:val="22"/>
          <w:lang w:val="nl-BE"/>
        </w:rPr>
      </w:pPr>
      <w:r w:rsidRPr="002922EA">
        <w:rPr>
          <w:rFonts w:ascii="Arial" w:hAnsi="Arial" w:cs="Arial"/>
          <w:sz w:val="22"/>
          <w:szCs w:val="22"/>
          <w:lang w:val="nl-BE"/>
        </w:rPr>
        <w:t>9. Klachtenprocedure</w:t>
      </w:r>
    </w:p>
    <w:p w14:paraId="154C39ED" w14:textId="6FB726B4" w:rsidR="00BF47CF" w:rsidRPr="002922EA" w:rsidRDefault="004726BA">
      <w:pPr>
        <w:rPr>
          <w:rFonts w:ascii="Arial" w:hAnsi="Arial" w:cs="Arial"/>
          <w:lang w:val="nl-BE"/>
        </w:rPr>
      </w:pPr>
      <w:r w:rsidRPr="002922EA">
        <w:rPr>
          <w:rFonts w:ascii="Arial" w:hAnsi="Arial" w:cs="Arial"/>
          <w:lang w:val="nl-BE"/>
        </w:rPr>
        <w:t xml:space="preserve">Klachten worden gericht aan de </w:t>
      </w:r>
      <w:r w:rsidR="009D1028">
        <w:rPr>
          <w:rFonts w:ascii="Arial" w:hAnsi="Arial" w:cs="Arial"/>
          <w:lang w:val="nl-BE"/>
        </w:rPr>
        <w:t>verantwoordelijke</w:t>
      </w:r>
      <w:r w:rsidR="00570292">
        <w:rPr>
          <w:rFonts w:ascii="Arial" w:hAnsi="Arial" w:cs="Arial"/>
          <w:lang w:val="nl-BE"/>
        </w:rPr>
        <w:t xml:space="preserve"> </w:t>
      </w:r>
      <w:r w:rsidRPr="002922EA">
        <w:rPr>
          <w:rFonts w:ascii="Arial" w:hAnsi="Arial" w:cs="Arial"/>
          <w:lang w:val="nl-BE"/>
        </w:rPr>
        <w:t>van de poetsdienst.</w:t>
      </w:r>
      <w:r w:rsidR="007B57C3" w:rsidRPr="002922EA">
        <w:rPr>
          <w:rFonts w:ascii="Arial" w:hAnsi="Arial" w:cs="Arial"/>
          <w:lang w:val="nl-BE"/>
        </w:rPr>
        <w:t xml:space="preserve">  </w:t>
      </w:r>
      <w:r w:rsidRPr="002922EA">
        <w:rPr>
          <w:rFonts w:ascii="Arial" w:hAnsi="Arial" w:cs="Arial"/>
          <w:lang w:val="nl-BE"/>
        </w:rPr>
        <w:t>Er wordt zo snel mogelijk een oplossing gezocht, in overleg met alle partijen.</w:t>
      </w:r>
    </w:p>
    <w:p w14:paraId="2856F1E5" w14:textId="77777777" w:rsidR="00BF47CF" w:rsidRPr="002922EA" w:rsidRDefault="004726BA">
      <w:pPr>
        <w:pStyle w:val="Kop2"/>
        <w:rPr>
          <w:rFonts w:ascii="Arial" w:hAnsi="Arial" w:cs="Arial"/>
          <w:sz w:val="22"/>
          <w:szCs w:val="22"/>
          <w:lang w:val="nl-BE"/>
        </w:rPr>
      </w:pPr>
      <w:r w:rsidRPr="002922EA">
        <w:rPr>
          <w:rFonts w:ascii="Arial" w:hAnsi="Arial" w:cs="Arial"/>
          <w:sz w:val="22"/>
          <w:szCs w:val="22"/>
          <w:lang w:val="nl-BE"/>
        </w:rPr>
        <w:t>10. Stopzetting van de dienstverlening</w:t>
      </w:r>
    </w:p>
    <w:p w14:paraId="2A8AABE5" w14:textId="77777777" w:rsidR="00BF47CF" w:rsidRPr="002922EA" w:rsidRDefault="004726BA" w:rsidP="00AC0E18">
      <w:pPr>
        <w:jc w:val="both"/>
        <w:rPr>
          <w:rFonts w:ascii="Arial" w:hAnsi="Arial" w:cs="Arial"/>
          <w:lang w:val="nl-BE"/>
        </w:rPr>
      </w:pPr>
      <w:r w:rsidRPr="002922EA">
        <w:rPr>
          <w:rFonts w:ascii="Arial" w:hAnsi="Arial" w:cs="Arial"/>
          <w:lang w:val="nl-BE"/>
        </w:rPr>
        <w:t>De dienstverlening kan worden beëindigd:</w:t>
      </w:r>
    </w:p>
    <w:p w14:paraId="24F13188" w14:textId="631979D9" w:rsidR="00BF47CF" w:rsidRPr="002922EA" w:rsidRDefault="004726BA" w:rsidP="00AC0E18">
      <w:pPr>
        <w:jc w:val="both"/>
        <w:rPr>
          <w:rFonts w:ascii="Arial" w:hAnsi="Arial" w:cs="Arial"/>
          <w:lang w:val="nl-BE"/>
        </w:rPr>
      </w:pPr>
      <w:r w:rsidRPr="002922EA">
        <w:rPr>
          <w:rFonts w:ascii="Arial" w:hAnsi="Arial" w:cs="Arial"/>
          <w:lang w:val="nl-BE"/>
        </w:rPr>
        <w:t>- Op verzoek van de klant</w:t>
      </w:r>
    </w:p>
    <w:p w14:paraId="5405F0DE" w14:textId="77777777" w:rsidR="00BF47CF" w:rsidRPr="002922EA" w:rsidRDefault="004726BA" w:rsidP="00AC0E18">
      <w:pPr>
        <w:jc w:val="both"/>
        <w:rPr>
          <w:rFonts w:ascii="Arial" w:hAnsi="Arial" w:cs="Arial"/>
          <w:lang w:val="nl-BE"/>
        </w:rPr>
      </w:pPr>
      <w:r w:rsidRPr="002922EA">
        <w:rPr>
          <w:rFonts w:ascii="Arial" w:hAnsi="Arial" w:cs="Arial"/>
          <w:lang w:val="nl-BE"/>
        </w:rPr>
        <w:t>- Bij herhaaldelijke niet-naleving van dit reglement</w:t>
      </w:r>
    </w:p>
    <w:p w14:paraId="02F652EA" w14:textId="77777777" w:rsidR="00BF47CF" w:rsidRPr="002922EA" w:rsidRDefault="004726BA" w:rsidP="00AC0E18">
      <w:pPr>
        <w:jc w:val="both"/>
        <w:rPr>
          <w:rFonts w:ascii="Arial" w:hAnsi="Arial" w:cs="Arial"/>
          <w:lang w:val="nl-BE"/>
        </w:rPr>
      </w:pPr>
      <w:r w:rsidRPr="002922EA">
        <w:rPr>
          <w:rFonts w:ascii="Arial" w:hAnsi="Arial" w:cs="Arial"/>
          <w:lang w:val="nl-BE"/>
        </w:rPr>
        <w:t>- Bij wangedrag, misbruik of onveilige werkomstandigheden</w:t>
      </w:r>
    </w:p>
    <w:p w14:paraId="3ED77B74" w14:textId="6240F93E" w:rsidR="00BF47CF" w:rsidRPr="002922EA" w:rsidRDefault="004726BA">
      <w:pPr>
        <w:pStyle w:val="Kop2"/>
        <w:rPr>
          <w:rFonts w:ascii="Arial" w:hAnsi="Arial" w:cs="Arial"/>
          <w:sz w:val="22"/>
          <w:szCs w:val="22"/>
          <w:lang w:val="nl-BE"/>
        </w:rPr>
      </w:pPr>
      <w:r w:rsidRPr="002922EA">
        <w:rPr>
          <w:rFonts w:ascii="Arial" w:hAnsi="Arial" w:cs="Arial"/>
          <w:sz w:val="22"/>
          <w:szCs w:val="22"/>
          <w:lang w:val="nl-BE"/>
        </w:rPr>
        <w:t>11. Slotbepalingen</w:t>
      </w:r>
    </w:p>
    <w:p w14:paraId="6BA7DD91" w14:textId="0890B703" w:rsidR="00BF47CF" w:rsidRPr="002922EA" w:rsidRDefault="004726BA">
      <w:pPr>
        <w:rPr>
          <w:rFonts w:ascii="Arial" w:hAnsi="Arial" w:cs="Arial"/>
          <w:lang w:val="nl-BE"/>
        </w:rPr>
      </w:pPr>
      <w:r w:rsidRPr="002922EA">
        <w:rPr>
          <w:rFonts w:ascii="Arial" w:hAnsi="Arial" w:cs="Arial"/>
          <w:lang w:val="nl-BE"/>
        </w:rPr>
        <w:t xml:space="preserve">Bij ondertekening van </w:t>
      </w:r>
      <w:r w:rsidR="00B21DE5" w:rsidRPr="002922EA">
        <w:rPr>
          <w:rFonts w:ascii="Arial" w:hAnsi="Arial" w:cs="Arial"/>
          <w:lang w:val="nl-BE"/>
        </w:rPr>
        <w:t>dit reglement</w:t>
      </w:r>
      <w:r w:rsidR="005C583E" w:rsidRPr="002922EA">
        <w:rPr>
          <w:rFonts w:ascii="Arial" w:hAnsi="Arial" w:cs="Arial"/>
          <w:lang w:val="nl-BE"/>
        </w:rPr>
        <w:t xml:space="preserve"> of gebruik van de diensten</w:t>
      </w:r>
      <w:r w:rsidRPr="002922EA">
        <w:rPr>
          <w:rFonts w:ascii="Arial" w:hAnsi="Arial" w:cs="Arial"/>
          <w:lang w:val="nl-BE"/>
        </w:rPr>
        <w:t xml:space="preserve"> verklaart de klant zich akkoord met dit huishoudelijk reglement</w:t>
      </w:r>
      <w:r w:rsidR="00FC6618" w:rsidRPr="002922EA">
        <w:rPr>
          <w:rFonts w:ascii="Arial" w:hAnsi="Arial" w:cs="Arial"/>
          <w:lang w:val="nl-BE"/>
        </w:rPr>
        <w:t xml:space="preserve"> en met </w:t>
      </w:r>
      <w:r w:rsidR="00AC0E18" w:rsidRPr="002922EA">
        <w:rPr>
          <w:rFonts w:ascii="Arial" w:hAnsi="Arial" w:cs="Arial"/>
          <w:lang w:val="nl-BE"/>
        </w:rPr>
        <w:t xml:space="preserve">het reglement </w:t>
      </w:r>
      <w:r w:rsidR="0096740F" w:rsidRPr="002922EA">
        <w:rPr>
          <w:rFonts w:ascii="Arial" w:hAnsi="Arial" w:cs="Arial"/>
          <w:lang w:val="nl-BE"/>
        </w:rPr>
        <w:t>administratieve kost.</w:t>
      </w:r>
    </w:p>
    <w:p w14:paraId="21EBFF03" w14:textId="77777777" w:rsidR="00BF47CF" w:rsidRPr="002922EA" w:rsidRDefault="004726BA">
      <w:pPr>
        <w:rPr>
          <w:rFonts w:ascii="Arial" w:hAnsi="Arial" w:cs="Arial"/>
          <w:lang w:val="nl-BE"/>
        </w:rPr>
      </w:pPr>
      <w:r w:rsidRPr="002922EA">
        <w:rPr>
          <w:rFonts w:ascii="Arial" w:hAnsi="Arial" w:cs="Arial"/>
          <w:lang w:val="nl-BE"/>
        </w:rPr>
        <w:t>Dit reglement kan gewijzigd worden. Klanten worden tijdig op de hoogte gebracht van aanpassingen.</w:t>
      </w:r>
    </w:p>
    <w:p w14:paraId="07F45A7E" w14:textId="31902148" w:rsidR="00B21DE5" w:rsidRPr="002922EA" w:rsidRDefault="00B21DE5" w:rsidP="0095381D">
      <w:pPr>
        <w:rPr>
          <w:rFonts w:ascii="Arial" w:hAnsi="Arial" w:cs="Arial"/>
          <w:lang w:val="nl-BE"/>
        </w:rPr>
      </w:pPr>
      <w:r w:rsidRPr="002922EA">
        <w:rPr>
          <w:rFonts w:ascii="Arial" w:hAnsi="Arial" w:cs="Arial"/>
          <w:lang w:val="nl-BE"/>
        </w:rPr>
        <w:t>Ondergetekende, ……………………………………………………………………………………………………</w:t>
      </w:r>
    </w:p>
    <w:p w14:paraId="74BDBB3C" w14:textId="6EDCA8E1" w:rsidR="00B21DE5" w:rsidRPr="002922EA" w:rsidRDefault="00B21DE5">
      <w:pPr>
        <w:rPr>
          <w:rFonts w:ascii="Arial" w:hAnsi="Arial" w:cs="Arial"/>
          <w:lang w:val="nl-BE"/>
        </w:rPr>
      </w:pPr>
      <w:r w:rsidRPr="002922EA">
        <w:rPr>
          <w:rFonts w:ascii="Arial" w:hAnsi="Arial" w:cs="Arial"/>
          <w:lang w:val="nl-BE"/>
        </w:rPr>
        <w:t>Verklaart hierbij kennis te nemen van het huishoudelijk reglement poetshulp en hiermee akkoord te gaan.</w:t>
      </w:r>
    </w:p>
    <w:p w14:paraId="0C39CF28" w14:textId="7BD56311" w:rsidR="00B21DE5" w:rsidRPr="002922EA" w:rsidRDefault="00B21DE5">
      <w:pPr>
        <w:rPr>
          <w:rFonts w:ascii="Arial" w:hAnsi="Arial" w:cs="Arial"/>
          <w:lang w:val="nl-BE"/>
        </w:rPr>
      </w:pPr>
      <w:r w:rsidRPr="002922EA">
        <w:rPr>
          <w:rFonts w:ascii="Arial" w:hAnsi="Arial" w:cs="Arial"/>
          <w:lang w:val="nl-BE"/>
        </w:rPr>
        <w:t>Datum en handtekening:</w:t>
      </w:r>
    </w:p>
    <w:p w14:paraId="75A2C8F7" w14:textId="1EE29E50" w:rsidR="00BF47CF" w:rsidRPr="002922EA" w:rsidRDefault="00B21DE5">
      <w:pPr>
        <w:rPr>
          <w:rFonts w:ascii="Arial" w:hAnsi="Arial" w:cs="Arial"/>
          <w:lang w:val="nl-BE"/>
        </w:rPr>
      </w:pPr>
      <w:r w:rsidRPr="002922EA">
        <w:rPr>
          <w:rFonts w:ascii="Arial" w:hAnsi="Arial" w:cs="Arial"/>
          <w:lang w:val="nl-BE"/>
        </w:rPr>
        <w:t>………………………………………………………………………………………………………</w:t>
      </w:r>
    </w:p>
    <w:p w14:paraId="5860379C" w14:textId="7097C5A8" w:rsidR="0082560D" w:rsidRPr="002922EA" w:rsidRDefault="0082560D" w:rsidP="00B21DE5">
      <w:pPr>
        <w:pBdr>
          <w:top w:val="single" w:sz="4" w:space="1" w:color="auto"/>
          <w:left w:val="single" w:sz="4" w:space="4" w:color="auto"/>
          <w:bottom w:val="single" w:sz="4" w:space="1" w:color="auto"/>
          <w:right w:val="single" w:sz="4" w:space="4" w:color="auto"/>
        </w:pBdr>
        <w:rPr>
          <w:rFonts w:ascii="Arial" w:hAnsi="Arial" w:cs="Arial"/>
          <w:b/>
          <w:bCs/>
          <w:lang w:val="nl-BE"/>
        </w:rPr>
      </w:pPr>
      <w:r w:rsidRPr="002922EA">
        <w:rPr>
          <w:rFonts w:ascii="Arial" w:hAnsi="Arial" w:cs="Arial"/>
          <w:b/>
          <w:bCs/>
          <w:lang w:val="nl-BE"/>
        </w:rPr>
        <w:t>Onze gegevens</w:t>
      </w:r>
    </w:p>
    <w:p w14:paraId="01049263" w14:textId="67919DD1" w:rsidR="00BF47CF" w:rsidRPr="002922EA" w:rsidRDefault="00B21DE5" w:rsidP="00B21DE5">
      <w:pPr>
        <w:pBdr>
          <w:top w:val="single" w:sz="4" w:space="1" w:color="auto"/>
          <w:left w:val="single" w:sz="4" w:space="4" w:color="auto"/>
          <w:bottom w:val="single" w:sz="4" w:space="1" w:color="auto"/>
          <w:right w:val="single" w:sz="4" w:space="4" w:color="auto"/>
        </w:pBdr>
        <w:rPr>
          <w:rFonts w:ascii="Arial" w:hAnsi="Arial" w:cs="Arial"/>
          <w:lang w:val="nl-BE"/>
        </w:rPr>
      </w:pPr>
      <w:r w:rsidRPr="002922EA">
        <w:rPr>
          <w:rFonts w:ascii="Arial" w:hAnsi="Arial" w:cs="Arial"/>
          <w:lang w:val="nl-BE"/>
        </w:rPr>
        <w:t xml:space="preserve">Bij </w:t>
      </w:r>
      <w:r w:rsidR="004726BA" w:rsidRPr="002922EA">
        <w:rPr>
          <w:rFonts w:ascii="Arial" w:hAnsi="Arial" w:cs="Arial"/>
          <w:lang w:val="nl-BE"/>
        </w:rPr>
        <w:t xml:space="preserve"> problemen</w:t>
      </w:r>
      <w:r w:rsidRPr="002922EA">
        <w:rPr>
          <w:rFonts w:ascii="Arial" w:hAnsi="Arial" w:cs="Arial"/>
          <w:lang w:val="nl-BE"/>
        </w:rPr>
        <w:t xml:space="preserve"> rond huishoudelijke hulp</w:t>
      </w:r>
      <w:r w:rsidR="004726BA" w:rsidRPr="002922EA">
        <w:rPr>
          <w:rFonts w:ascii="Arial" w:hAnsi="Arial" w:cs="Arial"/>
          <w:lang w:val="nl-BE"/>
        </w:rPr>
        <w:t>:</w:t>
      </w:r>
    </w:p>
    <w:p w14:paraId="23FAB18E" w14:textId="47C7A6F2" w:rsidR="00BF47CF" w:rsidRPr="002922EA" w:rsidRDefault="00B21DE5" w:rsidP="00B21DE5">
      <w:pPr>
        <w:pBdr>
          <w:top w:val="single" w:sz="4" w:space="1" w:color="auto"/>
          <w:left w:val="single" w:sz="4" w:space="4" w:color="auto"/>
          <w:bottom w:val="single" w:sz="4" w:space="1" w:color="auto"/>
          <w:right w:val="single" w:sz="4" w:space="4" w:color="auto"/>
        </w:pBdr>
        <w:rPr>
          <w:rFonts w:ascii="Arial" w:hAnsi="Arial" w:cs="Arial"/>
          <w:lang w:val="nl-BE"/>
        </w:rPr>
      </w:pPr>
      <w:r w:rsidRPr="002922EA">
        <w:rPr>
          <w:rFonts w:ascii="Arial" w:hAnsi="Arial" w:cs="Arial"/>
          <w:lang w:val="nl-BE"/>
        </w:rPr>
        <w:t xml:space="preserve">Mieke Derez 056 73 70 10 of </w:t>
      </w:r>
      <w:hyperlink r:id="rId6" w:history="1">
        <w:r w:rsidRPr="002922EA">
          <w:rPr>
            <w:rStyle w:val="Hyperlink"/>
            <w:rFonts w:ascii="Arial" w:hAnsi="Arial" w:cs="Arial"/>
            <w:lang w:val="nl-BE"/>
          </w:rPr>
          <w:t>mieke.derez@kuurne.be</w:t>
        </w:r>
      </w:hyperlink>
      <w:r w:rsidRPr="002922EA">
        <w:rPr>
          <w:rFonts w:ascii="Arial" w:hAnsi="Arial" w:cs="Arial"/>
          <w:lang w:val="nl-BE"/>
        </w:rPr>
        <w:t xml:space="preserve"> </w:t>
      </w:r>
    </w:p>
    <w:p w14:paraId="1FDA8170" w14:textId="0751DD26" w:rsidR="00B21DE5" w:rsidRPr="002922EA" w:rsidRDefault="00B21DE5" w:rsidP="00B21DE5">
      <w:pPr>
        <w:pBdr>
          <w:top w:val="single" w:sz="4" w:space="1" w:color="auto"/>
          <w:left w:val="single" w:sz="4" w:space="4" w:color="auto"/>
          <w:bottom w:val="single" w:sz="4" w:space="1" w:color="auto"/>
          <w:right w:val="single" w:sz="4" w:space="4" w:color="auto"/>
        </w:pBdr>
        <w:rPr>
          <w:rFonts w:ascii="Arial" w:hAnsi="Arial" w:cs="Arial"/>
          <w:lang w:val="nl-BE"/>
        </w:rPr>
      </w:pPr>
      <w:r w:rsidRPr="002922EA">
        <w:rPr>
          <w:rFonts w:ascii="Arial" w:hAnsi="Arial" w:cs="Arial"/>
          <w:lang w:val="nl-BE"/>
        </w:rPr>
        <w:t>Voor de planning of informatie rond de dienstencheques:</w:t>
      </w:r>
    </w:p>
    <w:p w14:paraId="3F05A863" w14:textId="08E09A71" w:rsidR="00B21DE5" w:rsidRPr="002922EA" w:rsidRDefault="00B21DE5" w:rsidP="00B21DE5">
      <w:pPr>
        <w:pBdr>
          <w:top w:val="single" w:sz="4" w:space="1" w:color="auto"/>
          <w:left w:val="single" w:sz="4" w:space="4" w:color="auto"/>
          <w:bottom w:val="single" w:sz="4" w:space="1" w:color="auto"/>
          <w:right w:val="single" w:sz="4" w:space="4" w:color="auto"/>
        </w:pBdr>
        <w:rPr>
          <w:rFonts w:ascii="Arial" w:hAnsi="Arial" w:cs="Arial"/>
          <w:lang w:val="nl-BE"/>
        </w:rPr>
      </w:pPr>
      <w:r w:rsidRPr="002922EA">
        <w:rPr>
          <w:rFonts w:ascii="Arial" w:hAnsi="Arial" w:cs="Arial"/>
          <w:lang w:val="nl-BE"/>
        </w:rPr>
        <w:t xml:space="preserve">Kathy Gistelinck 056 73 70 27 of </w:t>
      </w:r>
      <w:hyperlink r:id="rId7" w:history="1">
        <w:r w:rsidRPr="002922EA">
          <w:rPr>
            <w:rStyle w:val="Hyperlink"/>
            <w:rFonts w:ascii="Arial" w:hAnsi="Arial" w:cs="Arial"/>
            <w:lang w:val="nl-BE"/>
          </w:rPr>
          <w:t>kathy.gistelinck@kuurne.be</w:t>
        </w:r>
      </w:hyperlink>
    </w:p>
    <w:sectPr w:rsidR="00B21DE5" w:rsidRPr="002922EA"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abstractNum w:abstractNumId="9" w15:restartNumberingAfterBreak="0">
    <w:nsid w:val="066F00A6"/>
    <w:multiLevelType w:val="hybridMultilevel"/>
    <w:tmpl w:val="C0F072B2"/>
    <w:lvl w:ilvl="0" w:tplc="8042F15A">
      <w:numFmt w:val="bullet"/>
      <w:lvlText w:val="-"/>
      <w:lvlJc w:val="left"/>
      <w:pPr>
        <w:ind w:left="1065" w:hanging="705"/>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5BE550D"/>
    <w:multiLevelType w:val="hybridMultilevel"/>
    <w:tmpl w:val="DCE6FE1A"/>
    <w:lvl w:ilvl="0" w:tplc="1E867BD4">
      <w:numFmt w:val="bullet"/>
      <w:lvlText w:val="-"/>
      <w:lvlJc w:val="left"/>
      <w:pPr>
        <w:ind w:left="720" w:hanging="360"/>
      </w:pPr>
      <w:rPr>
        <w:rFonts w:ascii="Cambria" w:eastAsiaTheme="minorEastAsia" w:hAnsi="Cambria"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73849222">
    <w:abstractNumId w:val="8"/>
  </w:num>
  <w:num w:numId="2" w16cid:durableId="8918850">
    <w:abstractNumId w:val="6"/>
  </w:num>
  <w:num w:numId="3" w16cid:durableId="1587687276">
    <w:abstractNumId w:val="5"/>
  </w:num>
  <w:num w:numId="4" w16cid:durableId="204176753">
    <w:abstractNumId w:val="4"/>
  </w:num>
  <w:num w:numId="5" w16cid:durableId="1437410297">
    <w:abstractNumId w:val="7"/>
  </w:num>
  <w:num w:numId="6" w16cid:durableId="645545687">
    <w:abstractNumId w:val="3"/>
  </w:num>
  <w:num w:numId="7" w16cid:durableId="2105304008">
    <w:abstractNumId w:val="2"/>
  </w:num>
  <w:num w:numId="8" w16cid:durableId="1597326346">
    <w:abstractNumId w:val="1"/>
  </w:num>
  <w:num w:numId="9" w16cid:durableId="147525893">
    <w:abstractNumId w:val="0"/>
  </w:num>
  <w:num w:numId="10" w16cid:durableId="95833149">
    <w:abstractNumId w:val="10"/>
  </w:num>
  <w:num w:numId="11" w16cid:durableId="7795686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79C2"/>
    <w:rsid w:val="000201C3"/>
    <w:rsid w:val="0002365E"/>
    <w:rsid w:val="00034616"/>
    <w:rsid w:val="00034C4A"/>
    <w:rsid w:val="0004693A"/>
    <w:rsid w:val="00050BA8"/>
    <w:rsid w:val="00051D31"/>
    <w:rsid w:val="0006063C"/>
    <w:rsid w:val="000625C0"/>
    <w:rsid w:val="000B3DB9"/>
    <w:rsid w:val="000C7098"/>
    <w:rsid w:val="0015074B"/>
    <w:rsid w:val="00185F03"/>
    <w:rsid w:val="001925EC"/>
    <w:rsid w:val="001A5615"/>
    <w:rsid w:val="001D0F09"/>
    <w:rsid w:val="00204122"/>
    <w:rsid w:val="0021547F"/>
    <w:rsid w:val="00235782"/>
    <w:rsid w:val="00280C94"/>
    <w:rsid w:val="002922EA"/>
    <w:rsid w:val="0029639D"/>
    <w:rsid w:val="002967D7"/>
    <w:rsid w:val="002E5003"/>
    <w:rsid w:val="00321B2E"/>
    <w:rsid w:val="00326F90"/>
    <w:rsid w:val="0034203C"/>
    <w:rsid w:val="00390ED7"/>
    <w:rsid w:val="003911BA"/>
    <w:rsid w:val="003C5BB3"/>
    <w:rsid w:val="003E0B04"/>
    <w:rsid w:val="003E5A2A"/>
    <w:rsid w:val="003E790F"/>
    <w:rsid w:val="004370B9"/>
    <w:rsid w:val="00437F98"/>
    <w:rsid w:val="004726BA"/>
    <w:rsid w:val="004A5E84"/>
    <w:rsid w:val="00570292"/>
    <w:rsid w:val="005B0B66"/>
    <w:rsid w:val="005C583E"/>
    <w:rsid w:val="006753F1"/>
    <w:rsid w:val="006819D7"/>
    <w:rsid w:val="007143F4"/>
    <w:rsid w:val="007250B7"/>
    <w:rsid w:val="00733A42"/>
    <w:rsid w:val="0074777A"/>
    <w:rsid w:val="0076259B"/>
    <w:rsid w:val="00777A8E"/>
    <w:rsid w:val="007B57C3"/>
    <w:rsid w:val="0082560D"/>
    <w:rsid w:val="00836AD9"/>
    <w:rsid w:val="00890B08"/>
    <w:rsid w:val="008B1A12"/>
    <w:rsid w:val="008B4660"/>
    <w:rsid w:val="008E7D19"/>
    <w:rsid w:val="008F0F90"/>
    <w:rsid w:val="00931343"/>
    <w:rsid w:val="009427D2"/>
    <w:rsid w:val="0095381D"/>
    <w:rsid w:val="0096740F"/>
    <w:rsid w:val="00972601"/>
    <w:rsid w:val="009D1028"/>
    <w:rsid w:val="009F73C6"/>
    <w:rsid w:val="00A11E34"/>
    <w:rsid w:val="00A25EC9"/>
    <w:rsid w:val="00A469BA"/>
    <w:rsid w:val="00A64F49"/>
    <w:rsid w:val="00A77CE2"/>
    <w:rsid w:val="00AA1D8D"/>
    <w:rsid w:val="00AC0E18"/>
    <w:rsid w:val="00B20E20"/>
    <w:rsid w:val="00B21DE5"/>
    <w:rsid w:val="00B47730"/>
    <w:rsid w:val="00B50C71"/>
    <w:rsid w:val="00BF47CF"/>
    <w:rsid w:val="00C377AA"/>
    <w:rsid w:val="00CB002B"/>
    <w:rsid w:val="00CB0664"/>
    <w:rsid w:val="00D27619"/>
    <w:rsid w:val="00D760DB"/>
    <w:rsid w:val="00DA01AA"/>
    <w:rsid w:val="00DA085B"/>
    <w:rsid w:val="00DA6FC2"/>
    <w:rsid w:val="00DC06F1"/>
    <w:rsid w:val="00E82DDE"/>
    <w:rsid w:val="00E85957"/>
    <w:rsid w:val="00EB240F"/>
    <w:rsid w:val="00EF3F8C"/>
    <w:rsid w:val="00F40C59"/>
    <w:rsid w:val="00FC661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A7B317"/>
  <w14:defaultImageDpi w14:val="300"/>
  <w15:docId w15:val="{E6430150-CEEB-49D6-BB86-9A7378ED3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Standaardalinea-lettertype"/>
    <w:uiPriority w:val="99"/>
    <w:unhideWhenUsed/>
    <w:rsid w:val="00B21DE5"/>
    <w:rPr>
      <w:color w:val="0000FF" w:themeColor="hyperlink"/>
      <w:u w:val="single"/>
    </w:rPr>
  </w:style>
  <w:style w:type="character" w:styleId="Onopgelostemelding">
    <w:name w:val="Unresolved Mention"/>
    <w:basedOn w:val="Standaardalinea-lettertype"/>
    <w:uiPriority w:val="99"/>
    <w:semiHidden/>
    <w:unhideWhenUsed/>
    <w:rsid w:val="00B21DE5"/>
    <w:rPr>
      <w:color w:val="605E5C"/>
      <w:shd w:val="clear" w:color="auto" w:fill="E1DFDD"/>
    </w:rPr>
  </w:style>
  <w:style w:type="character" w:styleId="Verwijzingopmerking">
    <w:name w:val="annotation reference"/>
    <w:basedOn w:val="Standaardalinea-lettertype"/>
    <w:uiPriority w:val="99"/>
    <w:semiHidden/>
    <w:unhideWhenUsed/>
    <w:rsid w:val="00050BA8"/>
    <w:rPr>
      <w:sz w:val="16"/>
      <w:szCs w:val="16"/>
    </w:rPr>
  </w:style>
  <w:style w:type="paragraph" w:styleId="Tekstopmerking">
    <w:name w:val="annotation text"/>
    <w:basedOn w:val="Standaard"/>
    <w:link w:val="TekstopmerkingChar"/>
    <w:uiPriority w:val="99"/>
    <w:unhideWhenUsed/>
    <w:rsid w:val="00050BA8"/>
    <w:pPr>
      <w:spacing w:line="240" w:lineRule="auto"/>
    </w:pPr>
    <w:rPr>
      <w:sz w:val="20"/>
      <w:szCs w:val="20"/>
    </w:rPr>
  </w:style>
  <w:style w:type="character" w:customStyle="1" w:styleId="TekstopmerkingChar">
    <w:name w:val="Tekst opmerking Char"/>
    <w:basedOn w:val="Standaardalinea-lettertype"/>
    <w:link w:val="Tekstopmerking"/>
    <w:uiPriority w:val="99"/>
    <w:rsid w:val="00050BA8"/>
    <w:rPr>
      <w:sz w:val="20"/>
      <w:szCs w:val="20"/>
    </w:rPr>
  </w:style>
  <w:style w:type="paragraph" w:styleId="Onderwerpvanopmerking">
    <w:name w:val="annotation subject"/>
    <w:basedOn w:val="Tekstopmerking"/>
    <w:next w:val="Tekstopmerking"/>
    <w:link w:val="OnderwerpvanopmerkingChar"/>
    <w:uiPriority w:val="99"/>
    <w:semiHidden/>
    <w:unhideWhenUsed/>
    <w:rsid w:val="00050BA8"/>
    <w:rPr>
      <w:b/>
      <w:bCs/>
    </w:rPr>
  </w:style>
  <w:style w:type="character" w:customStyle="1" w:styleId="OnderwerpvanopmerkingChar">
    <w:name w:val="Onderwerp van opmerking Char"/>
    <w:basedOn w:val="TekstopmerkingChar"/>
    <w:link w:val="Onderwerpvanopmerking"/>
    <w:uiPriority w:val="99"/>
    <w:semiHidden/>
    <w:rsid w:val="00050BA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athy.gistelinck@kuurne.b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mieke.derez@kuurne.b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1001</Words>
  <Characters>5511</Characters>
  <Application>Microsoft Office Word</Application>
  <DocSecurity>4</DocSecurity>
  <Lines>45</Lines>
  <Paragraphs>12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6500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Mieke Derez</cp:lastModifiedBy>
  <cp:revision>2</cp:revision>
  <cp:lastPrinted>2025-05-26T09:23:00Z</cp:lastPrinted>
  <dcterms:created xsi:type="dcterms:W3CDTF">2026-01-23T15:04:00Z</dcterms:created>
  <dcterms:modified xsi:type="dcterms:W3CDTF">2026-01-23T15:04:00Z</dcterms:modified>
  <cp:category/>
</cp:coreProperties>
</file>